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326F81" w14:textId="77777777" w:rsidR="00732272" w:rsidRPr="00764806" w:rsidRDefault="00732272" w:rsidP="00732272">
      <w:pPr>
        <w:pStyle w:val="Heading1"/>
        <w:rPr>
          <w:rFonts w:ascii="Arial" w:hAnsi="Arial" w:cs="Arial"/>
          <w:sz w:val="20"/>
          <w:szCs w:val="20"/>
          <w:lang w:val="sr-Latn-ME"/>
        </w:rPr>
      </w:pPr>
      <w:r w:rsidRPr="00764806">
        <w:rPr>
          <w:rFonts w:ascii="Arial" w:hAnsi="Arial" w:cs="Arial"/>
          <w:noProof/>
          <w:color w:val="757575"/>
          <w:sz w:val="20"/>
          <w:szCs w:val="20"/>
          <w:lang w:val="sr-Latn-ME"/>
        </w:rPr>
        <w:drawing>
          <wp:inline distT="0" distB="0" distL="0" distR="0" wp14:anchorId="05ED6CBD" wp14:editId="6263882B">
            <wp:extent cx="990600" cy="285750"/>
            <wp:effectExtent l="0" t="0" r="0" b="0"/>
            <wp:docPr id="9820570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6089899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144D24" w14:textId="0D11BAA5" w:rsidR="00B6395B" w:rsidRPr="00764806" w:rsidRDefault="00E96A51">
      <w:pPr>
        <w:pStyle w:val="Heading1"/>
        <w:jc w:val="center"/>
        <w:rPr>
          <w:rFonts w:ascii="Arial" w:hAnsi="Arial" w:cs="Arial"/>
          <w:sz w:val="20"/>
          <w:szCs w:val="20"/>
          <w:lang w:val="sr-Latn-ME"/>
        </w:rPr>
      </w:pPr>
      <w:r w:rsidRPr="00764806">
        <w:rPr>
          <w:rFonts w:ascii="Arial" w:hAnsi="Arial" w:cs="Arial"/>
          <w:sz w:val="20"/>
          <w:szCs w:val="20"/>
          <w:lang w:val="sr-Latn-ME"/>
        </w:rPr>
        <w:t>ZAHTJEV ZA ODOBRAVANJE OLAKŠICA</w:t>
      </w:r>
      <w:r w:rsidR="00764806" w:rsidRPr="00764806">
        <w:rPr>
          <w:rFonts w:ascii="Arial" w:hAnsi="Arial" w:cs="Arial"/>
          <w:sz w:val="20"/>
          <w:szCs w:val="20"/>
          <w:lang w:val="sr-Latn-ME"/>
        </w:rPr>
        <w:t xml:space="preserve"> U OTPLATI KREDITA </w:t>
      </w:r>
      <w:r w:rsidR="00DB6E0C" w:rsidRPr="00764806">
        <w:rPr>
          <w:rFonts w:ascii="Arial" w:hAnsi="Arial" w:cs="Arial"/>
          <w:sz w:val="20"/>
          <w:szCs w:val="20"/>
          <w:lang w:val="sr-Latn-ME"/>
        </w:rPr>
        <w:t xml:space="preserve">/ </w:t>
      </w:r>
      <w:r w:rsidR="00764806" w:rsidRPr="00764806">
        <w:rPr>
          <w:rFonts w:ascii="Arial" w:hAnsi="Arial" w:cs="Arial"/>
          <w:sz w:val="20"/>
          <w:szCs w:val="20"/>
          <w:lang w:val="sr-Latn-ME"/>
        </w:rPr>
        <w:t>RESTRUKTURIRANJE</w:t>
      </w:r>
    </w:p>
    <w:p w14:paraId="3402FCE4" w14:textId="77777777" w:rsidR="00764806" w:rsidRPr="004E7A9A" w:rsidRDefault="00764806" w:rsidP="00764806">
      <w:pPr>
        <w:rPr>
          <w:sz w:val="16"/>
          <w:szCs w:val="16"/>
          <w:lang w:val="sr-Latn-ME"/>
        </w:rPr>
      </w:pPr>
    </w:p>
    <w:p w14:paraId="50E0349F" w14:textId="0D8D5E00" w:rsidR="00B6395B" w:rsidRPr="00B3006C" w:rsidRDefault="00E96A51" w:rsidP="004E7A9A">
      <w:pPr>
        <w:pStyle w:val="Heading2"/>
        <w:numPr>
          <w:ilvl w:val="0"/>
          <w:numId w:val="11"/>
        </w:numPr>
        <w:rPr>
          <w:rFonts w:ascii="Arial" w:hAnsi="Arial" w:cs="Arial"/>
          <w:sz w:val="18"/>
          <w:szCs w:val="18"/>
          <w:lang w:val="sr-Latn-ME"/>
        </w:rPr>
      </w:pPr>
      <w:r w:rsidRPr="00B3006C">
        <w:rPr>
          <w:rFonts w:ascii="Arial" w:hAnsi="Arial" w:cs="Arial"/>
          <w:sz w:val="18"/>
          <w:szCs w:val="18"/>
          <w:lang w:val="sr-Latn-ME"/>
        </w:rPr>
        <w:t>Podaci o podnosiocu zahtjeva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314"/>
        <w:gridCol w:w="4316"/>
      </w:tblGrid>
      <w:tr w:rsidR="00B6395B" w:rsidRPr="00B3006C" w14:paraId="1FD12245" w14:textId="77777777" w:rsidTr="008F1807">
        <w:trPr>
          <w:jc w:val="center"/>
        </w:trPr>
        <w:tc>
          <w:tcPr>
            <w:tcW w:w="4314" w:type="dxa"/>
          </w:tcPr>
          <w:p w14:paraId="444F89BC" w14:textId="77777777" w:rsidR="00B6395B" w:rsidRPr="00B3006C" w:rsidRDefault="00E96A51">
            <w:pPr>
              <w:rPr>
                <w:rFonts w:ascii="Arial" w:hAnsi="Arial" w:cs="Arial"/>
                <w:b/>
                <w:sz w:val="18"/>
                <w:szCs w:val="18"/>
                <w:lang w:val="sr-Latn-ME"/>
              </w:rPr>
            </w:pPr>
            <w:r w:rsidRPr="00B3006C">
              <w:rPr>
                <w:rFonts w:ascii="Arial" w:hAnsi="Arial" w:cs="Arial"/>
                <w:b/>
                <w:sz w:val="18"/>
                <w:szCs w:val="18"/>
                <w:lang w:val="sr-Latn-ME"/>
              </w:rPr>
              <w:t>Ime i prezime</w:t>
            </w:r>
          </w:p>
        </w:tc>
        <w:tc>
          <w:tcPr>
            <w:tcW w:w="4316" w:type="dxa"/>
          </w:tcPr>
          <w:p w14:paraId="3A63C032" w14:textId="77777777" w:rsidR="00B6395B" w:rsidRPr="00B3006C" w:rsidRDefault="00E96A51">
            <w:pPr>
              <w:rPr>
                <w:rFonts w:ascii="Arial" w:hAnsi="Arial" w:cs="Arial"/>
                <w:sz w:val="18"/>
                <w:szCs w:val="18"/>
                <w:lang w:val="sr-Latn-ME"/>
              </w:rPr>
            </w:pPr>
            <w:r w:rsidRPr="00B3006C">
              <w:rPr>
                <w:rFonts w:ascii="Arial" w:hAnsi="Arial" w:cs="Arial"/>
                <w:sz w:val="18"/>
                <w:szCs w:val="18"/>
                <w:lang w:val="sr-Latn-ME"/>
              </w:rPr>
              <w:t>___________________________</w:t>
            </w:r>
          </w:p>
        </w:tc>
      </w:tr>
      <w:tr w:rsidR="00B6395B" w:rsidRPr="00B3006C" w14:paraId="68AD6766" w14:textId="77777777" w:rsidTr="008F1807">
        <w:trPr>
          <w:jc w:val="center"/>
        </w:trPr>
        <w:tc>
          <w:tcPr>
            <w:tcW w:w="4314" w:type="dxa"/>
          </w:tcPr>
          <w:p w14:paraId="351C7E52" w14:textId="5FD1825B" w:rsidR="00B6395B" w:rsidRPr="00B3006C" w:rsidRDefault="00E96A51">
            <w:pPr>
              <w:rPr>
                <w:rFonts w:ascii="Arial" w:hAnsi="Arial" w:cs="Arial"/>
                <w:b/>
                <w:sz w:val="18"/>
                <w:szCs w:val="18"/>
                <w:lang w:val="sr-Latn-ME"/>
              </w:rPr>
            </w:pPr>
            <w:r w:rsidRPr="00B3006C">
              <w:rPr>
                <w:rFonts w:ascii="Arial" w:hAnsi="Arial" w:cs="Arial"/>
                <w:b/>
                <w:sz w:val="18"/>
                <w:szCs w:val="18"/>
                <w:lang w:val="sr-Latn-ME"/>
              </w:rPr>
              <w:t>JMB</w:t>
            </w:r>
            <w:r w:rsidR="008F1807" w:rsidRPr="00B3006C">
              <w:rPr>
                <w:rFonts w:ascii="Arial" w:hAnsi="Arial" w:cs="Arial"/>
                <w:b/>
                <w:sz w:val="18"/>
                <w:szCs w:val="18"/>
                <w:lang w:val="sr-Latn-ME"/>
              </w:rPr>
              <w:t>G</w:t>
            </w:r>
          </w:p>
        </w:tc>
        <w:tc>
          <w:tcPr>
            <w:tcW w:w="4316" w:type="dxa"/>
          </w:tcPr>
          <w:p w14:paraId="2126CDAF" w14:textId="77777777" w:rsidR="00B6395B" w:rsidRPr="00B3006C" w:rsidRDefault="00E96A51">
            <w:pPr>
              <w:rPr>
                <w:rFonts w:ascii="Arial" w:hAnsi="Arial" w:cs="Arial"/>
                <w:sz w:val="18"/>
                <w:szCs w:val="18"/>
                <w:lang w:val="sr-Latn-ME"/>
              </w:rPr>
            </w:pPr>
            <w:r w:rsidRPr="00B3006C">
              <w:rPr>
                <w:rFonts w:ascii="Arial" w:hAnsi="Arial" w:cs="Arial"/>
                <w:sz w:val="18"/>
                <w:szCs w:val="18"/>
                <w:lang w:val="sr-Latn-ME"/>
              </w:rPr>
              <w:t>___________________________</w:t>
            </w:r>
          </w:p>
        </w:tc>
      </w:tr>
      <w:tr w:rsidR="00B6395B" w:rsidRPr="00B3006C" w14:paraId="4D5F0581" w14:textId="77777777" w:rsidTr="008F1807">
        <w:trPr>
          <w:jc w:val="center"/>
        </w:trPr>
        <w:tc>
          <w:tcPr>
            <w:tcW w:w="4314" w:type="dxa"/>
          </w:tcPr>
          <w:p w14:paraId="5F649011" w14:textId="77777777" w:rsidR="00B6395B" w:rsidRPr="00B3006C" w:rsidRDefault="00E96A51">
            <w:pPr>
              <w:rPr>
                <w:rFonts w:ascii="Arial" w:hAnsi="Arial" w:cs="Arial"/>
                <w:b/>
                <w:sz w:val="18"/>
                <w:szCs w:val="18"/>
                <w:lang w:val="sr-Latn-ME"/>
              </w:rPr>
            </w:pPr>
            <w:r w:rsidRPr="00B3006C">
              <w:rPr>
                <w:rFonts w:ascii="Arial" w:hAnsi="Arial" w:cs="Arial"/>
                <w:b/>
                <w:sz w:val="18"/>
                <w:szCs w:val="18"/>
                <w:lang w:val="sr-Latn-ME"/>
              </w:rPr>
              <w:t>Adresa</w:t>
            </w:r>
          </w:p>
        </w:tc>
        <w:tc>
          <w:tcPr>
            <w:tcW w:w="4316" w:type="dxa"/>
          </w:tcPr>
          <w:p w14:paraId="2FF7B81D" w14:textId="77777777" w:rsidR="00B6395B" w:rsidRPr="00B3006C" w:rsidRDefault="00E96A51">
            <w:pPr>
              <w:rPr>
                <w:rFonts w:ascii="Arial" w:hAnsi="Arial" w:cs="Arial"/>
                <w:sz w:val="18"/>
                <w:szCs w:val="18"/>
                <w:lang w:val="sr-Latn-ME"/>
              </w:rPr>
            </w:pPr>
            <w:r w:rsidRPr="00B3006C">
              <w:rPr>
                <w:rFonts w:ascii="Arial" w:hAnsi="Arial" w:cs="Arial"/>
                <w:sz w:val="18"/>
                <w:szCs w:val="18"/>
                <w:lang w:val="sr-Latn-ME"/>
              </w:rPr>
              <w:t>___________________________</w:t>
            </w:r>
          </w:p>
        </w:tc>
      </w:tr>
      <w:tr w:rsidR="00B6395B" w:rsidRPr="00B3006C" w14:paraId="4FE3124B" w14:textId="77777777" w:rsidTr="008F1807">
        <w:trPr>
          <w:jc w:val="center"/>
        </w:trPr>
        <w:tc>
          <w:tcPr>
            <w:tcW w:w="4314" w:type="dxa"/>
          </w:tcPr>
          <w:p w14:paraId="5162FEF4" w14:textId="77777777" w:rsidR="00B6395B" w:rsidRPr="00B3006C" w:rsidRDefault="00E96A51">
            <w:pPr>
              <w:rPr>
                <w:rFonts w:ascii="Arial" w:hAnsi="Arial" w:cs="Arial"/>
                <w:b/>
                <w:sz w:val="18"/>
                <w:szCs w:val="18"/>
                <w:lang w:val="sr-Latn-ME"/>
              </w:rPr>
            </w:pPr>
            <w:r w:rsidRPr="00B3006C">
              <w:rPr>
                <w:rFonts w:ascii="Arial" w:hAnsi="Arial" w:cs="Arial"/>
                <w:b/>
                <w:sz w:val="18"/>
                <w:szCs w:val="18"/>
                <w:lang w:val="sr-Latn-ME"/>
              </w:rPr>
              <w:t>Kontakt telefon/e-mail</w:t>
            </w:r>
          </w:p>
        </w:tc>
        <w:tc>
          <w:tcPr>
            <w:tcW w:w="4316" w:type="dxa"/>
          </w:tcPr>
          <w:p w14:paraId="5DDBAF5B" w14:textId="77777777" w:rsidR="00B6395B" w:rsidRPr="00B3006C" w:rsidRDefault="00E96A51">
            <w:pPr>
              <w:rPr>
                <w:rFonts w:ascii="Arial" w:hAnsi="Arial" w:cs="Arial"/>
                <w:sz w:val="18"/>
                <w:szCs w:val="18"/>
                <w:lang w:val="sr-Latn-ME"/>
              </w:rPr>
            </w:pPr>
            <w:r w:rsidRPr="00B3006C">
              <w:rPr>
                <w:rFonts w:ascii="Arial" w:hAnsi="Arial" w:cs="Arial"/>
                <w:sz w:val="18"/>
                <w:szCs w:val="18"/>
                <w:lang w:val="sr-Latn-ME"/>
              </w:rPr>
              <w:t>___________________________</w:t>
            </w:r>
          </w:p>
        </w:tc>
      </w:tr>
      <w:tr w:rsidR="008F1807" w:rsidRPr="00B3006C" w14:paraId="2135E631" w14:textId="77777777" w:rsidTr="00764806">
        <w:trPr>
          <w:trHeight w:val="535"/>
          <w:jc w:val="center"/>
        </w:trPr>
        <w:tc>
          <w:tcPr>
            <w:tcW w:w="4314" w:type="dxa"/>
          </w:tcPr>
          <w:p w14:paraId="7BBF79DD" w14:textId="04499C2B" w:rsidR="008F1807" w:rsidRPr="00B3006C" w:rsidRDefault="008F1807" w:rsidP="00764806">
            <w:pPr>
              <w:ind w:right="208"/>
              <w:rPr>
                <w:rFonts w:ascii="Arial" w:hAnsi="Arial" w:cs="Arial"/>
                <w:b/>
                <w:sz w:val="18"/>
                <w:szCs w:val="18"/>
                <w:lang w:val="sr-Latn-ME"/>
              </w:rPr>
            </w:pPr>
            <w:r w:rsidRPr="00B3006C">
              <w:rPr>
                <w:rFonts w:ascii="Arial" w:hAnsi="Arial" w:cs="Arial"/>
                <w:b/>
                <w:sz w:val="18"/>
                <w:szCs w:val="18"/>
                <w:lang w:val="sr-Latn-ME"/>
              </w:rPr>
              <w:t>Informacije o članovima domaćinstva i izdržavanim licima</w:t>
            </w:r>
          </w:p>
        </w:tc>
        <w:tc>
          <w:tcPr>
            <w:tcW w:w="4316" w:type="dxa"/>
          </w:tcPr>
          <w:p w14:paraId="7BB31B94" w14:textId="77777777" w:rsidR="008F1807" w:rsidRPr="00B3006C" w:rsidRDefault="008F1807">
            <w:pPr>
              <w:rPr>
                <w:rFonts w:ascii="Arial" w:hAnsi="Arial" w:cs="Arial"/>
                <w:sz w:val="18"/>
                <w:szCs w:val="18"/>
                <w:lang w:val="sr-Latn-ME"/>
              </w:rPr>
            </w:pPr>
          </w:p>
        </w:tc>
      </w:tr>
      <w:tr w:rsidR="00DA06BA" w:rsidRPr="00B3006C" w14:paraId="7AF5C2F5" w14:textId="77777777" w:rsidTr="00764806">
        <w:trPr>
          <w:trHeight w:val="535"/>
          <w:jc w:val="center"/>
        </w:trPr>
        <w:tc>
          <w:tcPr>
            <w:tcW w:w="4314" w:type="dxa"/>
          </w:tcPr>
          <w:p w14:paraId="13589312" w14:textId="314059AF" w:rsidR="00DA06BA" w:rsidRPr="00B3006C" w:rsidRDefault="00DA06BA" w:rsidP="00764806">
            <w:pPr>
              <w:ind w:right="208"/>
              <w:rPr>
                <w:rFonts w:ascii="Arial" w:hAnsi="Arial" w:cs="Arial"/>
                <w:b/>
                <w:sz w:val="18"/>
                <w:szCs w:val="18"/>
                <w:lang w:val="sr-Latn-ME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sr-Latn-ME"/>
              </w:rPr>
              <w:t>Iznos zarade članova domaćinstva</w:t>
            </w:r>
          </w:p>
        </w:tc>
        <w:tc>
          <w:tcPr>
            <w:tcW w:w="4316" w:type="dxa"/>
          </w:tcPr>
          <w:p w14:paraId="480ECDB0" w14:textId="77777777" w:rsidR="00DA06BA" w:rsidRPr="00B3006C" w:rsidRDefault="00DA06BA">
            <w:pPr>
              <w:rPr>
                <w:rFonts w:ascii="Arial" w:hAnsi="Arial" w:cs="Arial"/>
                <w:sz w:val="18"/>
                <w:szCs w:val="18"/>
                <w:lang w:val="sr-Latn-ME"/>
              </w:rPr>
            </w:pPr>
          </w:p>
        </w:tc>
      </w:tr>
    </w:tbl>
    <w:p w14:paraId="5541B816" w14:textId="66D03D7A" w:rsidR="00B6395B" w:rsidRPr="00B3006C" w:rsidRDefault="00E96A51" w:rsidP="004E7A9A">
      <w:pPr>
        <w:pStyle w:val="Heading2"/>
        <w:numPr>
          <w:ilvl w:val="0"/>
          <w:numId w:val="11"/>
        </w:numPr>
        <w:rPr>
          <w:rFonts w:ascii="Arial" w:hAnsi="Arial" w:cs="Arial"/>
          <w:sz w:val="18"/>
          <w:szCs w:val="18"/>
          <w:lang w:val="sr-Latn-ME"/>
        </w:rPr>
      </w:pPr>
      <w:r w:rsidRPr="00B3006C">
        <w:rPr>
          <w:rFonts w:ascii="Arial" w:hAnsi="Arial" w:cs="Arial"/>
          <w:sz w:val="18"/>
          <w:szCs w:val="18"/>
          <w:lang w:val="sr-Latn-ME"/>
        </w:rPr>
        <w:t>Podaci o kreditu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313"/>
        <w:gridCol w:w="4317"/>
      </w:tblGrid>
      <w:tr w:rsidR="00B6395B" w:rsidRPr="00B3006C" w14:paraId="07F4BF48" w14:textId="77777777">
        <w:trPr>
          <w:jc w:val="center"/>
        </w:trPr>
        <w:tc>
          <w:tcPr>
            <w:tcW w:w="4320" w:type="dxa"/>
          </w:tcPr>
          <w:p w14:paraId="554012F6" w14:textId="77777777" w:rsidR="00B6395B" w:rsidRPr="00B3006C" w:rsidRDefault="00E96A51">
            <w:pPr>
              <w:rPr>
                <w:rFonts w:ascii="Arial" w:hAnsi="Arial" w:cs="Arial"/>
                <w:sz w:val="18"/>
                <w:szCs w:val="18"/>
                <w:lang w:val="sr-Latn-ME"/>
              </w:rPr>
            </w:pPr>
            <w:r w:rsidRPr="00B3006C">
              <w:rPr>
                <w:rFonts w:ascii="Arial" w:hAnsi="Arial" w:cs="Arial"/>
                <w:b/>
                <w:sz w:val="18"/>
                <w:szCs w:val="18"/>
                <w:lang w:val="sr-Latn-ME"/>
              </w:rPr>
              <w:t>Broj partije kredita</w:t>
            </w:r>
          </w:p>
        </w:tc>
        <w:tc>
          <w:tcPr>
            <w:tcW w:w="4320" w:type="dxa"/>
          </w:tcPr>
          <w:p w14:paraId="16244195" w14:textId="77777777" w:rsidR="00B6395B" w:rsidRPr="00B3006C" w:rsidRDefault="00E96A51">
            <w:pPr>
              <w:rPr>
                <w:rFonts w:ascii="Arial" w:hAnsi="Arial" w:cs="Arial"/>
                <w:sz w:val="18"/>
                <w:szCs w:val="18"/>
                <w:lang w:val="sr-Latn-ME"/>
              </w:rPr>
            </w:pPr>
            <w:r w:rsidRPr="00B3006C">
              <w:rPr>
                <w:rFonts w:ascii="Arial" w:hAnsi="Arial" w:cs="Arial"/>
                <w:sz w:val="18"/>
                <w:szCs w:val="18"/>
                <w:lang w:val="sr-Latn-ME"/>
              </w:rPr>
              <w:t>___________________________</w:t>
            </w:r>
          </w:p>
        </w:tc>
      </w:tr>
      <w:tr w:rsidR="00B6395B" w:rsidRPr="00B3006C" w14:paraId="246E12D0" w14:textId="77777777">
        <w:trPr>
          <w:jc w:val="center"/>
        </w:trPr>
        <w:tc>
          <w:tcPr>
            <w:tcW w:w="4320" w:type="dxa"/>
          </w:tcPr>
          <w:p w14:paraId="535AF1F1" w14:textId="77777777" w:rsidR="00B6395B" w:rsidRPr="00B3006C" w:rsidRDefault="00E96A51">
            <w:pPr>
              <w:rPr>
                <w:rFonts w:ascii="Arial" w:hAnsi="Arial" w:cs="Arial"/>
                <w:sz w:val="18"/>
                <w:szCs w:val="18"/>
                <w:lang w:val="sr-Latn-ME"/>
              </w:rPr>
            </w:pPr>
            <w:r w:rsidRPr="00B3006C">
              <w:rPr>
                <w:rFonts w:ascii="Arial" w:hAnsi="Arial" w:cs="Arial"/>
                <w:b/>
                <w:sz w:val="18"/>
                <w:szCs w:val="18"/>
                <w:lang w:val="sr-Latn-ME"/>
              </w:rPr>
              <w:t>Vrsta kredita</w:t>
            </w:r>
          </w:p>
        </w:tc>
        <w:tc>
          <w:tcPr>
            <w:tcW w:w="4320" w:type="dxa"/>
          </w:tcPr>
          <w:p w14:paraId="63007AA6" w14:textId="77777777" w:rsidR="00B6395B" w:rsidRPr="00B3006C" w:rsidRDefault="00E96A51">
            <w:pPr>
              <w:rPr>
                <w:rFonts w:ascii="Arial" w:hAnsi="Arial" w:cs="Arial"/>
                <w:sz w:val="18"/>
                <w:szCs w:val="18"/>
                <w:lang w:val="sr-Latn-ME"/>
              </w:rPr>
            </w:pPr>
            <w:r w:rsidRPr="00B3006C">
              <w:rPr>
                <w:rFonts w:ascii="Arial" w:hAnsi="Arial" w:cs="Arial"/>
                <w:sz w:val="18"/>
                <w:szCs w:val="18"/>
                <w:lang w:val="sr-Latn-ME"/>
              </w:rPr>
              <w:t>___________________________</w:t>
            </w:r>
          </w:p>
        </w:tc>
      </w:tr>
      <w:tr w:rsidR="00B6395B" w:rsidRPr="00B3006C" w14:paraId="69D7425E" w14:textId="77777777">
        <w:trPr>
          <w:jc w:val="center"/>
        </w:trPr>
        <w:tc>
          <w:tcPr>
            <w:tcW w:w="4320" w:type="dxa"/>
          </w:tcPr>
          <w:p w14:paraId="2DD48D9B" w14:textId="77777777" w:rsidR="00B6395B" w:rsidRPr="00B3006C" w:rsidRDefault="00E96A51">
            <w:pPr>
              <w:rPr>
                <w:rFonts w:ascii="Arial" w:hAnsi="Arial" w:cs="Arial"/>
                <w:sz w:val="18"/>
                <w:szCs w:val="18"/>
                <w:lang w:val="sr-Latn-ME"/>
              </w:rPr>
            </w:pPr>
            <w:r w:rsidRPr="00B3006C">
              <w:rPr>
                <w:rFonts w:ascii="Arial" w:hAnsi="Arial" w:cs="Arial"/>
                <w:b/>
                <w:sz w:val="18"/>
                <w:szCs w:val="18"/>
                <w:lang w:val="sr-Latn-ME"/>
              </w:rPr>
              <w:t>Ugovoreni iznos kredita</w:t>
            </w:r>
          </w:p>
        </w:tc>
        <w:tc>
          <w:tcPr>
            <w:tcW w:w="4320" w:type="dxa"/>
          </w:tcPr>
          <w:p w14:paraId="4E493731" w14:textId="77777777" w:rsidR="00B6395B" w:rsidRPr="00B3006C" w:rsidRDefault="00E96A51">
            <w:pPr>
              <w:rPr>
                <w:rFonts w:ascii="Arial" w:hAnsi="Arial" w:cs="Arial"/>
                <w:sz w:val="18"/>
                <w:szCs w:val="18"/>
                <w:lang w:val="sr-Latn-ME"/>
              </w:rPr>
            </w:pPr>
            <w:r w:rsidRPr="00B3006C">
              <w:rPr>
                <w:rFonts w:ascii="Arial" w:hAnsi="Arial" w:cs="Arial"/>
                <w:sz w:val="18"/>
                <w:szCs w:val="18"/>
                <w:lang w:val="sr-Latn-ME"/>
              </w:rPr>
              <w:t>___________________________</w:t>
            </w:r>
          </w:p>
        </w:tc>
      </w:tr>
      <w:tr w:rsidR="00B6395B" w:rsidRPr="00B3006C" w14:paraId="39E0159C" w14:textId="77777777">
        <w:trPr>
          <w:jc w:val="center"/>
        </w:trPr>
        <w:tc>
          <w:tcPr>
            <w:tcW w:w="4320" w:type="dxa"/>
          </w:tcPr>
          <w:p w14:paraId="0219FBC0" w14:textId="77777777" w:rsidR="00B6395B" w:rsidRPr="00B3006C" w:rsidRDefault="00E96A51">
            <w:pPr>
              <w:rPr>
                <w:rFonts w:ascii="Arial" w:hAnsi="Arial" w:cs="Arial"/>
                <w:sz w:val="18"/>
                <w:szCs w:val="18"/>
                <w:lang w:val="sr-Latn-ME"/>
              </w:rPr>
            </w:pPr>
            <w:r w:rsidRPr="00B3006C">
              <w:rPr>
                <w:rFonts w:ascii="Arial" w:hAnsi="Arial" w:cs="Arial"/>
                <w:b/>
                <w:sz w:val="18"/>
                <w:szCs w:val="18"/>
                <w:lang w:val="sr-Latn-ME"/>
              </w:rPr>
              <w:t>Dug po kreditu</w:t>
            </w:r>
          </w:p>
        </w:tc>
        <w:tc>
          <w:tcPr>
            <w:tcW w:w="4320" w:type="dxa"/>
          </w:tcPr>
          <w:p w14:paraId="39DBA1EF" w14:textId="77777777" w:rsidR="00B6395B" w:rsidRPr="00B3006C" w:rsidRDefault="00E96A51">
            <w:pPr>
              <w:rPr>
                <w:rFonts w:ascii="Arial" w:hAnsi="Arial" w:cs="Arial"/>
                <w:sz w:val="18"/>
                <w:szCs w:val="18"/>
                <w:lang w:val="sr-Latn-ME"/>
              </w:rPr>
            </w:pPr>
            <w:r w:rsidRPr="00B3006C">
              <w:rPr>
                <w:rFonts w:ascii="Arial" w:hAnsi="Arial" w:cs="Arial"/>
                <w:sz w:val="18"/>
                <w:szCs w:val="18"/>
                <w:lang w:val="sr-Latn-ME"/>
              </w:rPr>
              <w:t>___________________________</w:t>
            </w:r>
          </w:p>
        </w:tc>
      </w:tr>
    </w:tbl>
    <w:p w14:paraId="64A9CC99" w14:textId="106ACD8E" w:rsidR="00B6395B" w:rsidRPr="00B3006C" w:rsidRDefault="00E96A51" w:rsidP="004E7A9A">
      <w:pPr>
        <w:pStyle w:val="Heading2"/>
        <w:numPr>
          <w:ilvl w:val="0"/>
          <w:numId w:val="11"/>
        </w:numPr>
        <w:rPr>
          <w:rFonts w:ascii="Arial" w:hAnsi="Arial" w:cs="Arial"/>
          <w:sz w:val="18"/>
          <w:szCs w:val="18"/>
          <w:lang w:val="sr-Latn-ME"/>
        </w:rPr>
      </w:pPr>
      <w:r w:rsidRPr="00B3006C">
        <w:rPr>
          <w:rFonts w:ascii="Arial" w:hAnsi="Arial" w:cs="Arial"/>
          <w:sz w:val="18"/>
          <w:szCs w:val="18"/>
          <w:lang w:val="sr-Latn-ME"/>
        </w:rPr>
        <w:t>Okolnosti koje su dovele do poteškoća u plaćanju (zaokružiti i opisati, priložiti dokaz)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314"/>
        <w:gridCol w:w="4316"/>
      </w:tblGrid>
      <w:tr w:rsidR="00B6395B" w:rsidRPr="00B3006C" w14:paraId="01A384D0" w14:textId="77777777" w:rsidTr="008F1807">
        <w:trPr>
          <w:jc w:val="center"/>
        </w:trPr>
        <w:tc>
          <w:tcPr>
            <w:tcW w:w="4314" w:type="dxa"/>
          </w:tcPr>
          <w:p w14:paraId="611AFBFF" w14:textId="77777777" w:rsidR="00B6395B" w:rsidRPr="00B3006C" w:rsidRDefault="00E96A51">
            <w:pPr>
              <w:rPr>
                <w:rFonts w:ascii="Arial" w:hAnsi="Arial" w:cs="Arial"/>
                <w:sz w:val="18"/>
                <w:szCs w:val="18"/>
                <w:lang w:val="sr-Latn-ME"/>
              </w:rPr>
            </w:pPr>
            <w:r w:rsidRPr="00B3006C">
              <w:rPr>
                <w:rFonts w:ascii="Arial" w:hAnsi="Arial" w:cs="Arial"/>
                <w:b/>
                <w:sz w:val="18"/>
                <w:szCs w:val="18"/>
                <w:lang w:val="sr-Latn-ME"/>
              </w:rPr>
              <w:t>Gubitak posla</w:t>
            </w:r>
          </w:p>
        </w:tc>
        <w:tc>
          <w:tcPr>
            <w:tcW w:w="4316" w:type="dxa"/>
          </w:tcPr>
          <w:p w14:paraId="63424D7C" w14:textId="77777777" w:rsidR="00B6395B" w:rsidRPr="00B3006C" w:rsidRDefault="00E96A51">
            <w:pPr>
              <w:rPr>
                <w:rFonts w:ascii="Arial" w:hAnsi="Arial" w:cs="Arial"/>
                <w:sz w:val="18"/>
                <w:szCs w:val="18"/>
                <w:lang w:val="sr-Latn-ME"/>
              </w:rPr>
            </w:pPr>
            <w:r w:rsidRPr="00B3006C">
              <w:rPr>
                <w:rFonts w:ascii="Arial" w:hAnsi="Arial" w:cs="Arial"/>
                <w:sz w:val="18"/>
                <w:szCs w:val="18"/>
                <w:lang w:val="sr-Latn-ME"/>
              </w:rPr>
              <w:t>___________________________</w:t>
            </w:r>
          </w:p>
        </w:tc>
      </w:tr>
      <w:tr w:rsidR="00B6395B" w:rsidRPr="00B3006C" w14:paraId="44B194EA" w14:textId="77777777" w:rsidTr="008F1807">
        <w:trPr>
          <w:jc w:val="center"/>
        </w:trPr>
        <w:tc>
          <w:tcPr>
            <w:tcW w:w="4314" w:type="dxa"/>
          </w:tcPr>
          <w:p w14:paraId="792ACF37" w14:textId="77777777" w:rsidR="00B6395B" w:rsidRPr="00B3006C" w:rsidRDefault="00E96A51">
            <w:pPr>
              <w:rPr>
                <w:rFonts w:ascii="Arial" w:hAnsi="Arial" w:cs="Arial"/>
                <w:sz w:val="18"/>
                <w:szCs w:val="18"/>
                <w:lang w:val="sr-Latn-ME"/>
              </w:rPr>
            </w:pPr>
            <w:r w:rsidRPr="00B3006C">
              <w:rPr>
                <w:rFonts w:ascii="Arial" w:hAnsi="Arial" w:cs="Arial"/>
                <w:b/>
                <w:sz w:val="18"/>
                <w:szCs w:val="18"/>
                <w:lang w:val="sr-Latn-ME"/>
              </w:rPr>
              <w:t>Značajno smanjenje prihoda</w:t>
            </w:r>
          </w:p>
        </w:tc>
        <w:tc>
          <w:tcPr>
            <w:tcW w:w="4316" w:type="dxa"/>
          </w:tcPr>
          <w:p w14:paraId="7A5C5EE6" w14:textId="77777777" w:rsidR="00B6395B" w:rsidRPr="00B3006C" w:rsidRDefault="00E96A51">
            <w:pPr>
              <w:rPr>
                <w:rFonts w:ascii="Arial" w:hAnsi="Arial" w:cs="Arial"/>
                <w:sz w:val="18"/>
                <w:szCs w:val="18"/>
                <w:lang w:val="sr-Latn-ME"/>
              </w:rPr>
            </w:pPr>
            <w:r w:rsidRPr="00B3006C">
              <w:rPr>
                <w:rFonts w:ascii="Arial" w:hAnsi="Arial" w:cs="Arial"/>
                <w:sz w:val="18"/>
                <w:szCs w:val="18"/>
                <w:lang w:val="sr-Latn-ME"/>
              </w:rPr>
              <w:t>___________________________</w:t>
            </w:r>
          </w:p>
        </w:tc>
      </w:tr>
      <w:tr w:rsidR="00B6395B" w:rsidRPr="00B3006C" w14:paraId="78E4525A" w14:textId="77777777" w:rsidTr="008F1807">
        <w:trPr>
          <w:jc w:val="center"/>
        </w:trPr>
        <w:tc>
          <w:tcPr>
            <w:tcW w:w="4314" w:type="dxa"/>
          </w:tcPr>
          <w:p w14:paraId="6BAABC7B" w14:textId="77777777" w:rsidR="00B6395B" w:rsidRPr="00B3006C" w:rsidRDefault="00E96A51">
            <w:pPr>
              <w:rPr>
                <w:rFonts w:ascii="Arial" w:hAnsi="Arial" w:cs="Arial"/>
                <w:sz w:val="18"/>
                <w:szCs w:val="18"/>
                <w:lang w:val="sr-Latn-ME"/>
              </w:rPr>
            </w:pPr>
            <w:r w:rsidRPr="00B3006C">
              <w:rPr>
                <w:rFonts w:ascii="Arial" w:hAnsi="Arial" w:cs="Arial"/>
                <w:b/>
                <w:sz w:val="18"/>
                <w:szCs w:val="18"/>
                <w:lang w:val="sr-Latn-ME"/>
              </w:rPr>
              <w:t>Teška bolest</w:t>
            </w:r>
          </w:p>
        </w:tc>
        <w:tc>
          <w:tcPr>
            <w:tcW w:w="4316" w:type="dxa"/>
          </w:tcPr>
          <w:p w14:paraId="100DB4F8" w14:textId="77777777" w:rsidR="00B6395B" w:rsidRPr="00B3006C" w:rsidRDefault="00E96A51">
            <w:pPr>
              <w:rPr>
                <w:rFonts w:ascii="Arial" w:hAnsi="Arial" w:cs="Arial"/>
                <w:sz w:val="18"/>
                <w:szCs w:val="18"/>
                <w:lang w:val="sr-Latn-ME"/>
              </w:rPr>
            </w:pPr>
            <w:r w:rsidRPr="00B3006C">
              <w:rPr>
                <w:rFonts w:ascii="Arial" w:hAnsi="Arial" w:cs="Arial"/>
                <w:sz w:val="18"/>
                <w:szCs w:val="18"/>
                <w:lang w:val="sr-Latn-ME"/>
              </w:rPr>
              <w:t>___________________________</w:t>
            </w:r>
          </w:p>
        </w:tc>
      </w:tr>
      <w:tr w:rsidR="00B6395B" w:rsidRPr="00B3006C" w14:paraId="4BFE809D" w14:textId="77777777" w:rsidTr="008F1807">
        <w:trPr>
          <w:jc w:val="center"/>
        </w:trPr>
        <w:tc>
          <w:tcPr>
            <w:tcW w:w="4314" w:type="dxa"/>
          </w:tcPr>
          <w:p w14:paraId="6A3832BD" w14:textId="77777777" w:rsidR="00B6395B" w:rsidRPr="00B3006C" w:rsidRDefault="00E96A51">
            <w:pPr>
              <w:rPr>
                <w:rFonts w:ascii="Arial" w:hAnsi="Arial" w:cs="Arial"/>
                <w:sz w:val="18"/>
                <w:szCs w:val="18"/>
                <w:lang w:val="sr-Latn-ME"/>
              </w:rPr>
            </w:pPr>
            <w:r w:rsidRPr="00B3006C">
              <w:rPr>
                <w:rFonts w:ascii="Arial" w:hAnsi="Arial" w:cs="Arial"/>
                <w:b/>
                <w:sz w:val="18"/>
                <w:szCs w:val="18"/>
                <w:lang w:val="sr-Latn-ME"/>
              </w:rPr>
              <w:t>Teška povreda</w:t>
            </w:r>
          </w:p>
        </w:tc>
        <w:tc>
          <w:tcPr>
            <w:tcW w:w="4316" w:type="dxa"/>
          </w:tcPr>
          <w:p w14:paraId="08FF7A2B" w14:textId="77777777" w:rsidR="00B6395B" w:rsidRPr="00B3006C" w:rsidRDefault="00E96A51">
            <w:pPr>
              <w:rPr>
                <w:rFonts w:ascii="Arial" w:hAnsi="Arial" w:cs="Arial"/>
                <w:sz w:val="18"/>
                <w:szCs w:val="18"/>
                <w:lang w:val="sr-Latn-ME"/>
              </w:rPr>
            </w:pPr>
            <w:r w:rsidRPr="00B3006C">
              <w:rPr>
                <w:rFonts w:ascii="Arial" w:hAnsi="Arial" w:cs="Arial"/>
                <w:sz w:val="18"/>
                <w:szCs w:val="18"/>
                <w:lang w:val="sr-Latn-ME"/>
              </w:rPr>
              <w:t>___________________________</w:t>
            </w:r>
          </w:p>
        </w:tc>
      </w:tr>
      <w:tr w:rsidR="00B6395B" w:rsidRPr="00B3006C" w14:paraId="17A7E0D8" w14:textId="77777777" w:rsidTr="008F1807">
        <w:trPr>
          <w:jc w:val="center"/>
        </w:trPr>
        <w:tc>
          <w:tcPr>
            <w:tcW w:w="4314" w:type="dxa"/>
          </w:tcPr>
          <w:p w14:paraId="7D98DB53" w14:textId="77777777" w:rsidR="00B6395B" w:rsidRPr="00B3006C" w:rsidRDefault="00E96A51">
            <w:pPr>
              <w:rPr>
                <w:rFonts w:ascii="Arial" w:hAnsi="Arial" w:cs="Arial"/>
                <w:sz w:val="18"/>
                <w:szCs w:val="18"/>
                <w:lang w:val="sr-Latn-ME"/>
              </w:rPr>
            </w:pPr>
            <w:r w:rsidRPr="00B3006C">
              <w:rPr>
                <w:rFonts w:ascii="Arial" w:hAnsi="Arial" w:cs="Arial"/>
                <w:b/>
                <w:sz w:val="18"/>
                <w:szCs w:val="18"/>
                <w:lang w:val="sr-Latn-ME"/>
              </w:rPr>
              <w:t>Teške porodične prilike</w:t>
            </w:r>
          </w:p>
        </w:tc>
        <w:tc>
          <w:tcPr>
            <w:tcW w:w="4316" w:type="dxa"/>
          </w:tcPr>
          <w:p w14:paraId="6C230C9D" w14:textId="77777777" w:rsidR="00B6395B" w:rsidRPr="00B3006C" w:rsidRDefault="00E96A51">
            <w:pPr>
              <w:rPr>
                <w:rFonts w:ascii="Arial" w:hAnsi="Arial" w:cs="Arial"/>
                <w:sz w:val="18"/>
                <w:szCs w:val="18"/>
                <w:lang w:val="sr-Latn-ME"/>
              </w:rPr>
            </w:pPr>
            <w:r w:rsidRPr="00B3006C">
              <w:rPr>
                <w:rFonts w:ascii="Arial" w:hAnsi="Arial" w:cs="Arial"/>
                <w:sz w:val="18"/>
                <w:szCs w:val="18"/>
                <w:lang w:val="sr-Latn-ME"/>
              </w:rPr>
              <w:t>___________________________</w:t>
            </w:r>
          </w:p>
        </w:tc>
      </w:tr>
      <w:tr w:rsidR="008F1807" w:rsidRPr="00B3006C" w14:paraId="4F5F539A" w14:textId="77777777" w:rsidTr="008F1807">
        <w:trPr>
          <w:jc w:val="center"/>
        </w:trPr>
        <w:tc>
          <w:tcPr>
            <w:tcW w:w="4314" w:type="dxa"/>
          </w:tcPr>
          <w:p w14:paraId="3959EC15" w14:textId="2174AC0D" w:rsidR="008F1807" w:rsidRPr="00B3006C" w:rsidRDefault="008F1807">
            <w:pPr>
              <w:rPr>
                <w:rFonts w:ascii="Arial" w:hAnsi="Arial" w:cs="Arial"/>
                <w:b/>
                <w:sz w:val="18"/>
                <w:szCs w:val="18"/>
                <w:lang w:val="sr-Latn-ME"/>
              </w:rPr>
            </w:pPr>
            <w:r w:rsidRPr="00B3006C">
              <w:rPr>
                <w:rFonts w:ascii="Arial" w:hAnsi="Arial" w:cs="Arial"/>
                <w:b/>
                <w:sz w:val="18"/>
                <w:szCs w:val="18"/>
                <w:lang w:val="sr-Latn-ME"/>
              </w:rPr>
              <w:t>Prezaduženost</w:t>
            </w:r>
          </w:p>
        </w:tc>
        <w:tc>
          <w:tcPr>
            <w:tcW w:w="4316" w:type="dxa"/>
          </w:tcPr>
          <w:p w14:paraId="49C2C07D" w14:textId="77777777" w:rsidR="008F1807" w:rsidRPr="00B3006C" w:rsidRDefault="008F1807">
            <w:pPr>
              <w:rPr>
                <w:rFonts w:ascii="Arial" w:hAnsi="Arial" w:cs="Arial"/>
                <w:sz w:val="18"/>
                <w:szCs w:val="18"/>
                <w:lang w:val="sr-Latn-ME"/>
              </w:rPr>
            </w:pPr>
          </w:p>
        </w:tc>
      </w:tr>
      <w:tr w:rsidR="008B6A29" w:rsidRPr="00B3006C" w14:paraId="0FF4581C" w14:textId="77777777" w:rsidTr="00E96A51">
        <w:trPr>
          <w:trHeight w:val="314"/>
          <w:jc w:val="center"/>
        </w:trPr>
        <w:tc>
          <w:tcPr>
            <w:tcW w:w="4314" w:type="dxa"/>
          </w:tcPr>
          <w:p w14:paraId="6950AD54" w14:textId="2D487349" w:rsidR="008B6A29" w:rsidRPr="00B3006C" w:rsidRDefault="00307BBD">
            <w:pPr>
              <w:rPr>
                <w:rFonts w:ascii="Arial" w:hAnsi="Arial" w:cs="Arial"/>
                <w:b/>
                <w:sz w:val="18"/>
                <w:szCs w:val="18"/>
                <w:lang w:val="sr-Latn-ME"/>
              </w:rPr>
            </w:pPr>
            <w:r w:rsidRPr="00B3006C">
              <w:rPr>
                <w:rFonts w:ascii="Arial" w:hAnsi="Arial" w:cs="Arial"/>
                <w:b/>
                <w:sz w:val="18"/>
                <w:szCs w:val="18"/>
                <w:lang w:val="sr-Latn-ME"/>
              </w:rPr>
              <w:t>Smrt supružnika</w:t>
            </w:r>
          </w:p>
        </w:tc>
        <w:tc>
          <w:tcPr>
            <w:tcW w:w="4316" w:type="dxa"/>
          </w:tcPr>
          <w:p w14:paraId="57165CD6" w14:textId="77777777" w:rsidR="008B6A29" w:rsidRPr="00B3006C" w:rsidRDefault="008B6A29">
            <w:pPr>
              <w:rPr>
                <w:rFonts w:ascii="Arial" w:hAnsi="Arial" w:cs="Arial"/>
                <w:sz w:val="18"/>
                <w:szCs w:val="18"/>
                <w:lang w:val="sr-Latn-ME"/>
              </w:rPr>
            </w:pPr>
          </w:p>
        </w:tc>
      </w:tr>
      <w:tr w:rsidR="008B6A29" w:rsidRPr="00B3006C" w14:paraId="43C08997" w14:textId="77777777" w:rsidTr="008F1807">
        <w:trPr>
          <w:jc w:val="center"/>
        </w:trPr>
        <w:tc>
          <w:tcPr>
            <w:tcW w:w="4314" w:type="dxa"/>
          </w:tcPr>
          <w:p w14:paraId="2B26F5B2" w14:textId="619B2878" w:rsidR="008B6A29" w:rsidRPr="00B3006C" w:rsidRDefault="00307BBD">
            <w:pPr>
              <w:rPr>
                <w:rFonts w:ascii="Arial" w:hAnsi="Arial" w:cs="Arial"/>
                <w:b/>
                <w:sz w:val="18"/>
                <w:szCs w:val="18"/>
                <w:highlight w:val="yellow"/>
                <w:lang w:val="sr-Latn-ME"/>
              </w:rPr>
            </w:pPr>
            <w:r w:rsidRPr="00B3006C">
              <w:rPr>
                <w:rFonts w:ascii="Arial" w:hAnsi="Arial" w:cs="Arial"/>
                <w:b/>
                <w:sz w:val="18"/>
                <w:szCs w:val="18"/>
                <w:lang w:val="sr-Latn-ME"/>
              </w:rPr>
              <w:t>Razvod braka ako je supružnik korisnik kredita ili sudužnik</w:t>
            </w:r>
          </w:p>
        </w:tc>
        <w:tc>
          <w:tcPr>
            <w:tcW w:w="4316" w:type="dxa"/>
          </w:tcPr>
          <w:p w14:paraId="10AC7992" w14:textId="77777777" w:rsidR="008B6A29" w:rsidRPr="00B3006C" w:rsidRDefault="008B6A29">
            <w:pPr>
              <w:rPr>
                <w:rFonts w:ascii="Arial" w:hAnsi="Arial" w:cs="Arial"/>
                <w:sz w:val="18"/>
                <w:szCs w:val="18"/>
                <w:lang w:val="sr-Latn-ME"/>
              </w:rPr>
            </w:pPr>
          </w:p>
        </w:tc>
      </w:tr>
      <w:tr w:rsidR="00B6395B" w:rsidRPr="00B3006C" w14:paraId="21FFB732" w14:textId="77777777" w:rsidTr="008F1807">
        <w:trPr>
          <w:jc w:val="center"/>
        </w:trPr>
        <w:tc>
          <w:tcPr>
            <w:tcW w:w="4314" w:type="dxa"/>
          </w:tcPr>
          <w:p w14:paraId="1E69710C" w14:textId="6174C82D" w:rsidR="00B6395B" w:rsidRPr="00B3006C" w:rsidRDefault="008F1807">
            <w:pPr>
              <w:rPr>
                <w:rFonts w:ascii="Arial" w:hAnsi="Arial" w:cs="Arial"/>
                <w:sz w:val="18"/>
                <w:szCs w:val="18"/>
                <w:lang w:val="sr-Latn-ME"/>
              </w:rPr>
            </w:pPr>
            <w:r w:rsidRPr="00B3006C">
              <w:rPr>
                <w:rFonts w:ascii="Arial" w:hAnsi="Arial" w:cs="Arial"/>
                <w:b/>
                <w:sz w:val="18"/>
                <w:szCs w:val="18"/>
                <w:lang w:val="sr-Latn-ME"/>
              </w:rPr>
              <w:t>Ostalo</w:t>
            </w:r>
          </w:p>
        </w:tc>
        <w:tc>
          <w:tcPr>
            <w:tcW w:w="4316" w:type="dxa"/>
          </w:tcPr>
          <w:p w14:paraId="4E22A423" w14:textId="77777777" w:rsidR="00B6395B" w:rsidRPr="00B3006C" w:rsidRDefault="00E96A51">
            <w:pPr>
              <w:rPr>
                <w:rFonts w:ascii="Arial" w:hAnsi="Arial" w:cs="Arial"/>
                <w:sz w:val="18"/>
                <w:szCs w:val="18"/>
                <w:lang w:val="sr-Latn-ME"/>
              </w:rPr>
            </w:pPr>
            <w:r w:rsidRPr="00B3006C">
              <w:rPr>
                <w:rFonts w:ascii="Arial" w:hAnsi="Arial" w:cs="Arial"/>
                <w:sz w:val="18"/>
                <w:szCs w:val="18"/>
                <w:lang w:val="sr-Latn-ME"/>
              </w:rPr>
              <w:t>___________________________</w:t>
            </w:r>
          </w:p>
        </w:tc>
      </w:tr>
    </w:tbl>
    <w:p w14:paraId="6A23C2E4" w14:textId="0A9BC719" w:rsidR="00B6395B" w:rsidRPr="00B3006C" w:rsidRDefault="00E96A51" w:rsidP="004E7A9A">
      <w:pPr>
        <w:pStyle w:val="Heading2"/>
        <w:numPr>
          <w:ilvl w:val="0"/>
          <w:numId w:val="11"/>
        </w:numPr>
        <w:rPr>
          <w:rFonts w:ascii="Arial" w:hAnsi="Arial" w:cs="Arial"/>
          <w:sz w:val="18"/>
          <w:szCs w:val="18"/>
          <w:lang w:val="sr-Latn-ME"/>
        </w:rPr>
      </w:pPr>
      <w:r w:rsidRPr="00B3006C">
        <w:rPr>
          <w:rFonts w:ascii="Arial" w:hAnsi="Arial" w:cs="Arial"/>
          <w:sz w:val="18"/>
          <w:szCs w:val="18"/>
          <w:lang w:val="sr-Latn-ME"/>
        </w:rPr>
        <w:t>Vrsta olakšice koja se traži (zaokružiti)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315"/>
        <w:gridCol w:w="4315"/>
      </w:tblGrid>
      <w:tr w:rsidR="00B6395B" w:rsidRPr="00B3006C" w14:paraId="1674C72D" w14:textId="77777777" w:rsidTr="008F1807">
        <w:trPr>
          <w:jc w:val="center"/>
        </w:trPr>
        <w:tc>
          <w:tcPr>
            <w:tcW w:w="4315" w:type="dxa"/>
          </w:tcPr>
          <w:p w14:paraId="78F89AD6" w14:textId="77777777" w:rsidR="00B6395B" w:rsidRPr="00B3006C" w:rsidRDefault="00E96A51">
            <w:pPr>
              <w:rPr>
                <w:rFonts w:ascii="Arial" w:hAnsi="Arial" w:cs="Arial"/>
                <w:sz w:val="18"/>
                <w:szCs w:val="18"/>
                <w:lang w:val="sr-Latn-ME"/>
              </w:rPr>
            </w:pPr>
            <w:r w:rsidRPr="00B3006C">
              <w:rPr>
                <w:rFonts w:ascii="Arial" w:hAnsi="Arial" w:cs="Arial"/>
                <w:b/>
                <w:sz w:val="18"/>
                <w:szCs w:val="18"/>
                <w:lang w:val="sr-Latn-ME"/>
              </w:rPr>
              <w:t>Produženje roka otplate</w:t>
            </w:r>
          </w:p>
        </w:tc>
        <w:tc>
          <w:tcPr>
            <w:tcW w:w="4315" w:type="dxa"/>
          </w:tcPr>
          <w:p w14:paraId="7459072A" w14:textId="77777777" w:rsidR="00B6395B" w:rsidRPr="00B3006C" w:rsidRDefault="00E96A51">
            <w:pPr>
              <w:rPr>
                <w:rFonts w:ascii="Arial" w:hAnsi="Arial" w:cs="Arial"/>
                <w:sz w:val="18"/>
                <w:szCs w:val="18"/>
                <w:lang w:val="sr-Latn-ME"/>
              </w:rPr>
            </w:pPr>
            <w:r w:rsidRPr="00B3006C">
              <w:rPr>
                <w:rFonts w:ascii="Arial" w:hAnsi="Arial" w:cs="Arial"/>
                <w:sz w:val="18"/>
                <w:szCs w:val="18"/>
                <w:lang w:val="sr-Latn-ME"/>
              </w:rPr>
              <w:t>___________________________</w:t>
            </w:r>
          </w:p>
        </w:tc>
      </w:tr>
      <w:tr w:rsidR="00B6395B" w:rsidRPr="00B3006C" w14:paraId="26BA1C6F" w14:textId="77777777" w:rsidTr="008F1807">
        <w:trPr>
          <w:jc w:val="center"/>
        </w:trPr>
        <w:tc>
          <w:tcPr>
            <w:tcW w:w="4315" w:type="dxa"/>
          </w:tcPr>
          <w:p w14:paraId="1909D900" w14:textId="086B3D7F" w:rsidR="00B6395B" w:rsidRPr="00B3006C" w:rsidRDefault="00E96A51">
            <w:pPr>
              <w:rPr>
                <w:rFonts w:ascii="Arial" w:hAnsi="Arial" w:cs="Arial"/>
                <w:sz w:val="18"/>
                <w:szCs w:val="18"/>
                <w:lang w:val="sr-Latn-ME"/>
              </w:rPr>
            </w:pPr>
            <w:r w:rsidRPr="00B3006C">
              <w:rPr>
                <w:rFonts w:ascii="Arial" w:hAnsi="Arial" w:cs="Arial"/>
                <w:b/>
                <w:sz w:val="18"/>
                <w:szCs w:val="18"/>
                <w:lang w:val="sr-Latn-ME"/>
              </w:rPr>
              <w:t>Promjena vrste ugovora</w:t>
            </w:r>
            <w:r w:rsidR="008F1807" w:rsidRPr="00B3006C">
              <w:rPr>
                <w:rFonts w:ascii="Arial" w:hAnsi="Arial" w:cs="Arial"/>
                <w:b/>
                <w:sz w:val="18"/>
                <w:szCs w:val="18"/>
                <w:lang w:val="sr-Latn-ME"/>
              </w:rPr>
              <w:t>, konsolidacija</w:t>
            </w:r>
          </w:p>
        </w:tc>
        <w:tc>
          <w:tcPr>
            <w:tcW w:w="4315" w:type="dxa"/>
          </w:tcPr>
          <w:p w14:paraId="29D68BB3" w14:textId="77777777" w:rsidR="00B6395B" w:rsidRPr="00B3006C" w:rsidRDefault="00E96A51">
            <w:pPr>
              <w:rPr>
                <w:rFonts w:ascii="Arial" w:hAnsi="Arial" w:cs="Arial"/>
                <w:sz w:val="18"/>
                <w:szCs w:val="18"/>
                <w:lang w:val="sr-Latn-ME"/>
              </w:rPr>
            </w:pPr>
            <w:r w:rsidRPr="00B3006C">
              <w:rPr>
                <w:rFonts w:ascii="Arial" w:hAnsi="Arial" w:cs="Arial"/>
                <w:sz w:val="18"/>
                <w:szCs w:val="18"/>
                <w:lang w:val="sr-Latn-ME"/>
              </w:rPr>
              <w:t>___________________________</w:t>
            </w:r>
          </w:p>
        </w:tc>
      </w:tr>
      <w:tr w:rsidR="008F1807" w:rsidRPr="00B3006C" w14:paraId="74FE126D" w14:textId="77777777" w:rsidTr="008F1807">
        <w:trPr>
          <w:jc w:val="center"/>
        </w:trPr>
        <w:tc>
          <w:tcPr>
            <w:tcW w:w="4315" w:type="dxa"/>
          </w:tcPr>
          <w:p w14:paraId="50FFD6DD" w14:textId="0F2648C1" w:rsidR="008F1807" w:rsidRPr="00B3006C" w:rsidRDefault="008F1807">
            <w:pPr>
              <w:rPr>
                <w:rFonts w:ascii="Arial" w:hAnsi="Arial" w:cs="Arial"/>
                <w:b/>
                <w:sz w:val="18"/>
                <w:szCs w:val="18"/>
                <w:lang w:val="sr-Latn-ME"/>
              </w:rPr>
            </w:pPr>
            <w:r w:rsidRPr="00B3006C">
              <w:rPr>
                <w:rFonts w:ascii="Arial" w:hAnsi="Arial" w:cs="Arial"/>
                <w:b/>
                <w:sz w:val="18"/>
                <w:szCs w:val="18"/>
                <w:lang w:val="sr-Latn-ME"/>
              </w:rPr>
              <w:t>Izmjena plana otplate</w:t>
            </w:r>
          </w:p>
        </w:tc>
        <w:tc>
          <w:tcPr>
            <w:tcW w:w="4315" w:type="dxa"/>
          </w:tcPr>
          <w:p w14:paraId="01E2CDCE" w14:textId="77777777" w:rsidR="008F1807" w:rsidRPr="00B3006C" w:rsidRDefault="008F1807">
            <w:pPr>
              <w:rPr>
                <w:rFonts w:ascii="Arial" w:hAnsi="Arial" w:cs="Arial"/>
                <w:sz w:val="18"/>
                <w:szCs w:val="18"/>
                <w:lang w:val="sr-Latn-ME"/>
              </w:rPr>
            </w:pPr>
          </w:p>
        </w:tc>
      </w:tr>
      <w:tr w:rsidR="00B6395B" w:rsidRPr="00B3006C" w14:paraId="72A6FD2A" w14:textId="77777777" w:rsidTr="008F1807">
        <w:trPr>
          <w:jc w:val="center"/>
        </w:trPr>
        <w:tc>
          <w:tcPr>
            <w:tcW w:w="4315" w:type="dxa"/>
          </w:tcPr>
          <w:p w14:paraId="4CE18FF6" w14:textId="4D6069F9" w:rsidR="00B6395B" w:rsidRPr="00B3006C" w:rsidRDefault="008F1807">
            <w:pPr>
              <w:rPr>
                <w:rFonts w:ascii="Arial" w:hAnsi="Arial" w:cs="Arial"/>
                <w:sz w:val="18"/>
                <w:szCs w:val="18"/>
                <w:lang w:val="sr-Latn-ME"/>
              </w:rPr>
            </w:pPr>
            <w:r w:rsidRPr="00B3006C">
              <w:rPr>
                <w:rFonts w:ascii="Arial" w:hAnsi="Arial" w:cs="Arial"/>
                <w:b/>
                <w:sz w:val="18"/>
                <w:szCs w:val="18"/>
                <w:lang w:val="sr-Latn-ME"/>
              </w:rPr>
              <w:t>Moratorijum, grejs period</w:t>
            </w:r>
          </w:p>
        </w:tc>
        <w:tc>
          <w:tcPr>
            <w:tcW w:w="4315" w:type="dxa"/>
          </w:tcPr>
          <w:p w14:paraId="045CAEB5" w14:textId="77777777" w:rsidR="00B6395B" w:rsidRPr="00B3006C" w:rsidRDefault="00E96A51">
            <w:pPr>
              <w:rPr>
                <w:rFonts w:ascii="Arial" w:hAnsi="Arial" w:cs="Arial"/>
                <w:sz w:val="18"/>
                <w:szCs w:val="18"/>
                <w:lang w:val="sr-Latn-ME"/>
              </w:rPr>
            </w:pPr>
            <w:r w:rsidRPr="00B3006C">
              <w:rPr>
                <w:rFonts w:ascii="Arial" w:hAnsi="Arial" w:cs="Arial"/>
                <w:sz w:val="18"/>
                <w:szCs w:val="18"/>
                <w:lang w:val="sr-Latn-ME"/>
              </w:rPr>
              <w:t>___________________________</w:t>
            </w:r>
          </w:p>
        </w:tc>
      </w:tr>
      <w:tr w:rsidR="00B6395B" w:rsidRPr="00B3006C" w14:paraId="5F4BF0FA" w14:textId="77777777" w:rsidTr="008F1807">
        <w:trPr>
          <w:jc w:val="center"/>
        </w:trPr>
        <w:tc>
          <w:tcPr>
            <w:tcW w:w="4315" w:type="dxa"/>
          </w:tcPr>
          <w:p w14:paraId="0B4B22EE" w14:textId="77777777" w:rsidR="00B6395B" w:rsidRPr="00B3006C" w:rsidRDefault="00E96A51">
            <w:pPr>
              <w:rPr>
                <w:rFonts w:ascii="Arial" w:hAnsi="Arial" w:cs="Arial"/>
                <w:sz w:val="18"/>
                <w:szCs w:val="18"/>
                <w:lang w:val="sr-Latn-ME"/>
              </w:rPr>
            </w:pPr>
            <w:r w:rsidRPr="00B3006C">
              <w:rPr>
                <w:rFonts w:ascii="Arial" w:hAnsi="Arial" w:cs="Arial"/>
                <w:b/>
                <w:sz w:val="18"/>
                <w:szCs w:val="18"/>
                <w:lang w:val="sr-Latn-ME"/>
              </w:rPr>
              <w:t>Smanjenje kamatne stope</w:t>
            </w:r>
          </w:p>
        </w:tc>
        <w:tc>
          <w:tcPr>
            <w:tcW w:w="4315" w:type="dxa"/>
          </w:tcPr>
          <w:p w14:paraId="5C87C2E0" w14:textId="77777777" w:rsidR="00B6395B" w:rsidRPr="00B3006C" w:rsidRDefault="00E96A51">
            <w:pPr>
              <w:rPr>
                <w:rFonts w:ascii="Arial" w:hAnsi="Arial" w:cs="Arial"/>
                <w:sz w:val="18"/>
                <w:szCs w:val="18"/>
                <w:lang w:val="sr-Latn-ME"/>
              </w:rPr>
            </w:pPr>
            <w:r w:rsidRPr="00B3006C">
              <w:rPr>
                <w:rFonts w:ascii="Arial" w:hAnsi="Arial" w:cs="Arial"/>
                <w:sz w:val="18"/>
                <w:szCs w:val="18"/>
                <w:lang w:val="sr-Latn-ME"/>
              </w:rPr>
              <w:t>___________________________</w:t>
            </w:r>
          </w:p>
        </w:tc>
      </w:tr>
      <w:tr w:rsidR="00B6395B" w:rsidRPr="00B3006C" w14:paraId="105E935A" w14:textId="77777777" w:rsidTr="008F1807">
        <w:trPr>
          <w:jc w:val="center"/>
        </w:trPr>
        <w:tc>
          <w:tcPr>
            <w:tcW w:w="4315" w:type="dxa"/>
          </w:tcPr>
          <w:p w14:paraId="718D6645" w14:textId="77777777" w:rsidR="00B6395B" w:rsidRPr="00B3006C" w:rsidRDefault="00E96A51">
            <w:pPr>
              <w:rPr>
                <w:rFonts w:ascii="Arial" w:hAnsi="Arial" w:cs="Arial"/>
                <w:sz w:val="18"/>
                <w:szCs w:val="18"/>
                <w:lang w:val="sr-Latn-ME"/>
              </w:rPr>
            </w:pPr>
            <w:r w:rsidRPr="00B3006C">
              <w:rPr>
                <w:rFonts w:ascii="Arial" w:hAnsi="Arial" w:cs="Arial"/>
                <w:b/>
                <w:sz w:val="18"/>
                <w:szCs w:val="18"/>
                <w:lang w:val="sr-Latn-ME"/>
              </w:rPr>
              <w:t>Djelimična otplata duga</w:t>
            </w:r>
          </w:p>
        </w:tc>
        <w:tc>
          <w:tcPr>
            <w:tcW w:w="4315" w:type="dxa"/>
          </w:tcPr>
          <w:p w14:paraId="58996904" w14:textId="77777777" w:rsidR="00B6395B" w:rsidRPr="00B3006C" w:rsidRDefault="00E96A51">
            <w:pPr>
              <w:rPr>
                <w:rFonts w:ascii="Arial" w:hAnsi="Arial" w:cs="Arial"/>
                <w:sz w:val="18"/>
                <w:szCs w:val="18"/>
                <w:lang w:val="sr-Latn-ME"/>
              </w:rPr>
            </w:pPr>
            <w:r w:rsidRPr="00B3006C">
              <w:rPr>
                <w:rFonts w:ascii="Arial" w:hAnsi="Arial" w:cs="Arial"/>
                <w:sz w:val="18"/>
                <w:szCs w:val="18"/>
                <w:lang w:val="sr-Latn-ME"/>
              </w:rPr>
              <w:t>___________________________</w:t>
            </w:r>
          </w:p>
        </w:tc>
      </w:tr>
      <w:tr w:rsidR="00B6395B" w:rsidRPr="00B3006C" w14:paraId="3F251FAF" w14:textId="77777777" w:rsidTr="008F1807">
        <w:trPr>
          <w:jc w:val="center"/>
        </w:trPr>
        <w:tc>
          <w:tcPr>
            <w:tcW w:w="4315" w:type="dxa"/>
          </w:tcPr>
          <w:p w14:paraId="17478F75" w14:textId="77777777" w:rsidR="00B6395B" w:rsidRPr="00B3006C" w:rsidRDefault="00E96A51">
            <w:pPr>
              <w:rPr>
                <w:rFonts w:ascii="Arial" w:hAnsi="Arial" w:cs="Arial"/>
                <w:sz w:val="18"/>
                <w:szCs w:val="18"/>
                <w:lang w:val="sr-Latn-ME"/>
              </w:rPr>
            </w:pPr>
            <w:r w:rsidRPr="00B3006C">
              <w:rPr>
                <w:rFonts w:ascii="Arial" w:hAnsi="Arial" w:cs="Arial"/>
                <w:b/>
                <w:sz w:val="18"/>
                <w:szCs w:val="18"/>
                <w:lang w:val="sr-Latn-ME"/>
              </w:rPr>
              <w:t>Promjena valute</w:t>
            </w:r>
          </w:p>
        </w:tc>
        <w:tc>
          <w:tcPr>
            <w:tcW w:w="4315" w:type="dxa"/>
          </w:tcPr>
          <w:p w14:paraId="2F5731FA" w14:textId="77777777" w:rsidR="00B6395B" w:rsidRPr="00B3006C" w:rsidRDefault="00E96A51">
            <w:pPr>
              <w:rPr>
                <w:rFonts w:ascii="Arial" w:hAnsi="Arial" w:cs="Arial"/>
                <w:sz w:val="18"/>
                <w:szCs w:val="18"/>
                <w:lang w:val="sr-Latn-ME"/>
              </w:rPr>
            </w:pPr>
            <w:r w:rsidRPr="00B3006C">
              <w:rPr>
                <w:rFonts w:ascii="Arial" w:hAnsi="Arial" w:cs="Arial"/>
                <w:sz w:val="18"/>
                <w:szCs w:val="18"/>
                <w:lang w:val="sr-Latn-ME"/>
              </w:rPr>
              <w:t>___________________________</w:t>
            </w:r>
          </w:p>
        </w:tc>
      </w:tr>
      <w:tr w:rsidR="00B6395B" w:rsidRPr="00B3006C" w14:paraId="486A4D60" w14:textId="77777777" w:rsidTr="008F1807">
        <w:trPr>
          <w:jc w:val="center"/>
        </w:trPr>
        <w:tc>
          <w:tcPr>
            <w:tcW w:w="4315" w:type="dxa"/>
          </w:tcPr>
          <w:p w14:paraId="0E3D4A94" w14:textId="4AC1C0D8" w:rsidR="00B6395B" w:rsidRPr="00B3006C" w:rsidRDefault="00E96A51">
            <w:pPr>
              <w:rPr>
                <w:rFonts w:ascii="Arial" w:hAnsi="Arial" w:cs="Arial"/>
                <w:sz w:val="18"/>
                <w:szCs w:val="18"/>
                <w:lang w:val="sr-Latn-ME"/>
              </w:rPr>
            </w:pPr>
            <w:r w:rsidRPr="00B3006C">
              <w:rPr>
                <w:rFonts w:ascii="Arial" w:hAnsi="Arial" w:cs="Arial"/>
                <w:b/>
                <w:sz w:val="18"/>
                <w:szCs w:val="18"/>
                <w:lang w:val="sr-Latn-ME"/>
              </w:rPr>
              <w:t>Djelimičan otpis</w:t>
            </w:r>
          </w:p>
        </w:tc>
        <w:tc>
          <w:tcPr>
            <w:tcW w:w="4315" w:type="dxa"/>
          </w:tcPr>
          <w:p w14:paraId="6062C69D" w14:textId="77777777" w:rsidR="00B6395B" w:rsidRPr="00B3006C" w:rsidRDefault="00E96A51">
            <w:pPr>
              <w:rPr>
                <w:rFonts w:ascii="Arial" w:hAnsi="Arial" w:cs="Arial"/>
                <w:sz w:val="18"/>
                <w:szCs w:val="18"/>
                <w:lang w:val="sr-Latn-ME"/>
              </w:rPr>
            </w:pPr>
            <w:r w:rsidRPr="00B3006C">
              <w:rPr>
                <w:rFonts w:ascii="Arial" w:hAnsi="Arial" w:cs="Arial"/>
                <w:sz w:val="18"/>
                <w:szCs w:val="18"/>
                <w:lang w:val="sr-Latn-ME"/>
              </w:rPr>
              <w:t>___________________________</w:t>
            </w:r>
          </w:p>
        </w:tc>
      </w:tr>
      <w:tr w:rsidR="00B6395B" w:rsidRPr="00B3006C" w14:paraId="0E8981EC" w14:textId="77777777" w:rsidTr="008F1807">
        <w:trPr>
          <w:jc w:val="center"/>
        </w:trPr>
        <w:tc>
          <w:tcPr>
            <w:tcW w:w="4315" w:type="dxa"/>
          </w:tcPr>
          <w:p w14:paraId="31273BA2" w14:textId="77777777" w:rsidR="00B6395B" w:rsidRPr="00B3006C" w:rsidRDefault="00E96A51">
            <w:pPr>
              <w:rPr>
                <w:rFonts w:ascii="Arial" w:hAnsi="Arial" w:cs="Arial"/>
                <w:sz w:val="18"/>
                <w:szCs w:val="18"/>
                <w:lang w:val="sr-Latn-ME"/>
              </w:rPr>
            </w:pPr>
            <w:r w:rsidRPr="00B3006C">
              <w:rPr>
                <w:rFonts w:ascii="Arial" w:hAnsi="Arial" w:cs="Arial"/>
                <w:b/>
                <w:sz w:val="18"/>
                <w:szCs w:val="18"/>
                <w:lang w:val="sr-Latn-ME"/>
              </w:rPr>
              <w:t>Drugo</w:t>
            </w:r>
          </w:p>
        </w:tc>
        <w:tc>
          <w:tcPr>
            <w:tcW w:w="4315" w:type="dxa"/>
          </w:tcPr>
          <w:p w14:paraId="492794EF" w14:textId="77777777" w:rsidR="00B6395B" w:rsidRPr="00B3006C" w:rsidRDefault="00E96A51">
            <w:pPr>
              <w:rPr>
                <w:rFonts w:ascii="Arial" w:hAnsi="Arial" w:cs="Arial"/>
                <w:sz w:val="18"/>
                <w:szCs w:val="18"/>
                <w:lang w:val="sr-Latn-ME"/>
              </w:rPr>
            </w:pPr>
            <w:r w:rsidRPr="00B3006C">
              <w:rPr>
                <w:rFonts w:ascii="Arial" w:hAnsi="Arial" w:cs="Arial"/>
                <w:sz w:val="18"/>
                <w:szCs w:val="18"/>
                <w:lang w:val="sr-Latn-ME"/>
              </w:rPr>
              <w:t>___________________________</w:t>
            </w:r>
          </w:p>
        </w:tc>
      </w:tr>
    </w:tbl>
    <w:p w14:paraId="4C4A0031" w14:textId="592114B8" w:rsidR="00B6395B" w:rsidRPr="00B3006C" w:rsidRDefault="00E96A51" w:rsidP="004E7A9A">
      <w:pPr>
        <w:pStyle w:val="Heading2"/>
        <w:numPr>
          <w:ilvl w:val="0"/>
          <w:numId w:val="11"/>
        </w:numPr>
        <w:rPr>
          <w:rFonts w:ascii="Arial" w:hAnsi="Arial" w:cs="Arial"/>
          <w:sz w:val="18"/>
          <w:szCs w:val="18"/>
          <w:lang w:val="sr-Latn-ME"/>
        </w:rPr>
      </w:pPr>
      <w:r w:rsidRPr="00B3006C">
        <w:rPr>
          <w:rFonts w:ascii="Arial" w:hAnsi="Arial" w:cs="Arial"/>
          <w:sz w:val="18"/>
          <w:szCs w:val="18"/>
          <w:lang w:val="sr-Latn-ME"/>
        </w:rPr>
        <w:t>Izjava podnosioca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313"/>
        <w:gridCol w:w="4317"/>
      </w:tblGrid>
      <w:tr w:rsidR="00B6395B" w:rsidRPr="00B3006C" w14:paraId="0BC64353" w14:textId="77777777">
        <w:trPr>
          <w:jc w:val="center"/>
        </w:trPr>
        <w:tc>
          <w:tcPr>
            <w:tcW w:w="4320" w:type="dxa"/>
          </w:tcPr>
          <w:p w14:paraId="4DF64040" w14:textId="77777777" w:rsidR="00B6395B" w:rsidRPr="00B3006C" w:rsidRDefault="00E96A51">
            <w:pPr>
              <w:rPr>
                <w:rFonts w:ascii="Arial" w:hAnsi="Arial" w:cs="Arial"/>
                <w:sz w:val="18"/>
                <w:szCs w:val="18"/>
                <w:lang w:val="sr-Latn-ME"/>
              </w:rPr>
            </w:pPr>
            <w:r w:rsidRPr="00B3006C">
              <w:rPr>
                <w:rFonts w:ascii="Arial" w:hAnsi="Arial" w:cs="Arial"/>
                <w:b/>
                <w:sz w:val="18"/>
                <w:szCs w:val="18"/>
                <w:lang w:val="sr-Latn-ME"/>
              </w:rPr>
              <w:t>Izjavljujem da su svi navedeni podaci tačni i potpuni.</w:t>
            </w:r>
          </w:p>
        </w:tc>
        <w:tc>
          <w:tcPr>
            <w:tcW w:w="4320" w:type="dxa"/>
          </w:tcPr>
          <w:p w14:paraId="7B0BB907" w14:textId="77777777" w:rsidR="00B6395B" w:rsidRPr="00B3006C" w:rsidRDefault="00E96A51">
            <w:pPr>
              <w:rPr>
                <w:rFonts w:ascii="Arial" w:hAnsi="Arial" w:cs="Arial"/>
                <w:sz w:val="18"/>
                <w:szCs w:val="18"/>
                <w:lang w:val="sr-Latn-ME"/>
              </w:rPr>
            </w:pPr>
            <w:r w:rsidRPr="00B3006C">
              <w:rPr>
                <w:rFonts w:ascii="Arial" w:hAnsi="Arial" w:cs="Arial"/>
                <w:sz w:val="18"/>
                <w:szCs w:val="18"/>
                <w:lang w:val="sr-Latn-ME"/>
              </w:rPr>
              <w:t>___________________________</w:t>
            </w:r>
          </w:p>
        </w:tc>
      </w:tr>
      <w:tr w:rsidR="00B6395B" w:rsidRPr="00B3006C" w14:paraId="5E195096" w14:textId="77777777">
        <w:trPr>
          <w:jc w:val="center"/>
        </w:trPr>
        <w:tc>
          <w:tcPr>
            <w:tcW w:w="4320" w:type="dxa"/>
          </w:tcPr>
          <w:p w14:paraId="50116B58" w14:textId="34EA40CF" w:rsidR="00B6395B" w:rsidRPr="00B3006C" w:rsidRDefault="00E96A51">
            <w:pPr>
              <w:rPr>
                <w:rFonts w:ascii="Arial" w:hAnsi="Arial" w:cs="Arial"/>
                <w:sz w:val="18"/>
                <w:szCs w:val="18"/>
                <w:lang w:val="sr-Latn-ME"/>
              </w:rPr>
            </w:pPr>
            <w:r w:rsidRPr="00B3006C">
              <w:rPr>
                <w:rFonts w:ascii="Arial" w:hAnsi="Arial" w:cs="Arial"/>
                <w:b/>
                <w:sz w:val="18"/>
                <w:szCs w:val="18"/>
                <w:lang w:val="sr-Latn-ME"/>
              </w:rPr>
              <w:t>Saglasan/na sam sa obradom</w:t>
            </w:r>
            <w:r w:rsidR="008B6A29" w:rsidRPr="00B3006C">
              <w:rPr>
                <w:rFonts w:ascii="Arial" w:hAnsi="Arial" w:cs="Arial"/>
                <w:b/>
                <w:sz w:val="18"/>
                <w:szCs w:val="18"/>
                <w:lang w:val="sr-Latn-ME"/>
              </w:rPr>
              <w:t xml:space="preserve"> i </w:t>
            </w:r>
            <w:r w:rsidR="00307BBD" w:rsidRPr="00B3006C">
              <w:rPr>
                <w:rFonts w:ascii="Arial" w:hAnsi="Arial" w:cs="Arial"/>
                <w:b/>
                <w:sz w:val="18"/>
                <w:szCs w:val="18"/>
                <w:lang w:val="sr-Latn-ME"/>
              </w:rPr>
              <w:t>korišćenjem</w:t>
            </w:r>
            <w:r w:rsidRPr="00B3006C">
              <w:rPr>
                <w:rFonts w:ascii="Arial" w:hAnsi="Arial" w:cs="Arial"/>
                <w:b/>
                <w:sz w:val="18"/>
                <w:szCs w:val="18"/>
                <w:lang w:val="sr-Latn-ME"/>
              </w:rPr>
              <w:t xml:space="preserve"> ličnih podataka u svrhu odlučivanja o zahtjevu</w:t>
            </w:r>
          </w:p>
        </w:tc>
        <w:tc>
          <w:tcPr>
            <w:tcW w:w="4320" w:type="dxa"/>
          </w:tcPr>
          <w:p w14:paraId="474FDE8B" w14:textId="77777777" w:rsidR="00B6395B" w:rsidRPr="00B3006C" w:rsidRDefault="00E96A51">
            <w:pPr>
              <w:rPr>
                <w:rFonts w:ascii="Arial" w:hAnsi="Arial" w:cs="Arial"/>
                <w:sz w:val="18"/>
                <w:szCs w:val="18"/>
                <w:lang w:val="sr-Latn-ME"/>
              </w:rPr>
            </w:pPr>
            <w:r w:rsidRPr="00B3006C">
              <w:rPr>
                <w:rFonts w:ascii="Arial" w:hAnsi="Arial" w:cs="Arial"/>
                <w:sz w:val="18"/>
                <w:szCs w:val="18"/>
                <w:lang w:val="sr-Latn-ME"/>
              </w:rPr>
              <w:t>___________________________</w:t>
            </w:r>
          </w:p>
        </w:tc>
      </w:tr>
    </w:tbl>
    <w:p w14:paraId="41763665" w14:textId="77777777" w:rsidR="004E7A9A" w:rsidRPr="00B3006C" w:rsidRDefault="004E7A9A" w:rsidP="004E7A9A">
      <w:pPr>
        <w:rPr>
          <w:rFonts w:ascii="Arial" w:hAnsi="Arial" w:cs="Arial"/>
          <w:b/>
          <w:sz w:val="18"/>
          <w:szCs w:val="18"/>
          <w:lang w:val="sr-Latn-ME"/>
        </w:rPr>
      </w:pPr>
    </w:p>
    <w:p w14:paraId="6BC399B5" w14:textId="4308BE38" w:rsidR="004E7A9A" w:rsidRPr="00B3006C" w:rsidRDefault="004E7A9A" w:rsidP="004E7A9A">
      <w:pPr>
        <w:rPr>
          <w:rFonts w:ascii="Arial" w:hAnsi="Arial" w:cs="Arial"/>
          <w:b/>
          <w:sz w:val="18"/>
          <w:szCs w:val="18"/>
          <w:lang w:val="sr-Latn-ME"/>
        </w:rPr>
      </w:pPr>
      <w:r w:rsidRPr="00B3006C">
        <w:rPr>
          <w:rFonts w:ascii="Arial" w:hAnsi="Arial" w:cs="Arial"/>
          <w:b/>
          <w:sz w:val="18"/>
          <w:szCs w:val="18"/>
          <w:lang w:val="sr-Latn-ME"/>
        </w:rPr>
        <w:t>Datum podnošenja Zahtjeva:______________</w:t>
      </w:r>
    </w:p>
    <w:p w14:paraId="0121EF4D" w14:textId="698F1B2E" w:rsidR="004E7A9A" w:rsidRPr="00B3006C" w:rsidRDefault="004E7A9A" w:rsidP="004E7A9A">
      <w:pPr>
        <w:rPr>
          <w:rFonts w:ascii="Arial" w:hAnsi="Arial" w:cs="Arial"/>
          <w:b/>
          <w:sz w:val="18"/>
          <w:szCs w:val="18"/>
          <w:lang w:val="sr-Latn-ME"/>
        </w:rPr>
      </w:pPr>
      <w:r w:rsidRPr="00B3006C">
        <w:rPr>
          <w:rFonts w:ascii="Arial" w:hAnsi="Arial" w:cs="Arial"/>
          <w:b/>
          <w:sz w:val="18"/>
          <w:szCs w:val="18"/>
          <w:lang w:val="sr-Latn-ME"/>
        </w:rPr>
        <w:lastRenderedPageBreak/>
        <w:t>Potpis klijenta:_________________</w:t>
      </w:r>
    </w:p>
    <w:p w14:paraId="5BA515C2" w14:textId="77777777" w:rsidR="004E7A9A" w:rsidRDefault="004E7A9A" w:rsidP="004E7A9A">
      <w:pPr>
        <w:pStyle w:val="Heading2"/>
        <w:rPr>
          <w:rFonts w:ascii="Arial" w:hAnsi="Arial" w:cs="Arial"/>
          <w:sz w:val="20"/>
          <w:szCs w:val="20"/>
          <w:lang w:val="sr-Latn-ME"/>
        </w:rPr>
      </w:pPr>
      <w:r w:rsidRPr="00764806">
        <w:rPr>
          <w:rFonts w:ascii="Arial" w:hAnsi="Arial" w:cs="Arial"/>
          <w:sz w:val="20"/>
          <w:szCs w:val="20"/>
          <w:lang w:val="sr-Latn-ME"/>
        </w:rPr>
        <w:t>Prilozi</w:t>
      </w:r>
      <w:r>
        <w:rPr>
          <w:rFonts w:ascii="Arial" w:hAnsi="Arial" w:cs="Arial"/>
          <w:sz w:val="20"/>
          <w:szCs w:val="20"/>
          <w:lang w:val="sr-Latn-ME"/>
        </w:rPr>
        <w:t xml:space="preserve"> koje je potrebno dostaviti u zavisnosti od statusa klijenta:</w:t>
      </w:r>
    </w:p>
    <w:p w14:paraId="6740ABF6" w14:textId="77777777" w:rsidR="004E7A9A" w:rsidRPr="00B3006C" w:rsidRDefault="004E7A9A" w:rsidP="004E7A9A">
      <w:pPr>
        <w:pStyle w:val="Heading2"/>
        <w:numPr>
          <w:ilvl w:val="0"/>
          <w:numId w:val="12"/>
        </w:numPr>
        <w:rPr>
          <w:rFonts w:ascii="Arial" w:eastAsiaTheme="minorEastAsia" w:hAnsi="Arial" w:cs="Arial"/>
          <w:b w:val="0"/>
          <w:bCs w:val="0"/>
          <w:color w:val="auto"/>
          <w:sz w:val="18"/>
          <w:szCs w:val="18"/>
          <w:lang w:val="sr-Latn-ME"/>
        </w:rPr>
      </w:pPr>
      <w:r w:rsidRPr="00B3006C">
        <w:rPr>
          <w:rFonts w:ascii="Arial" w:eastAsiaTheme="minorEastAsia" w:hAnsi="Arial" w:cs="Arial"/>
          <w:b w:val="0"/>
          <w:bCs w:val="0"/>
          <w:color w:val="auto"/>
          <w:sz w:val="18"/>
          <w:szCs w:val="18"/>
          <w:lang w:val="sr-Latn-ME"/>
        </w:rPr>
        <w:t>Zaposleno lice: Ugovor o radu, Potvrda od poslodavca o iznosu prosječne zarade u prethodna 3 mjeseca ili platne liste za posljednja 3 mjeseca, Potvrda o bolovanju/privremenoj spriječenosti za rad</w:t>
      </w:r>
    </w:p>
    <w:p w14:paraId="3711D934" w14:textId="77777777" w:rsidR="004E7A9A" w:rsidRPr="00B3006C" w:rsidRDefault="004E7A9A" w:rsidP="004E7A9A">
      <w:pPr>
        <w:pStyle w:val="ListParagraph"/>
        <w:numPr>
          <w:ilvl w:val="0"/>
          <w:numId w:val="12"/>
        </w:numPr>
        <w:rPr>
          <w:rFonts w:ascii="Arial" w:hAnsi="Arial" w:cs="Arial"/>
          <w:sz w:val="18"/>
          <w:szCs w:val="18"/>
          <w:lang w:val="sr-Latn-ME"/>
        </w:rPr>
      </w:pPr>
      <w:r w:rsidRPr="00B3006C">
        <w:rPr>
          <w:rFonts w:ascii="Arial" w:hAnsi="Arial" w:cs="Arial"/>
          <w:sz w:val="18"/>
          <w:szCs w:val="18"/>
          <w:lang w:val="sr-Latn-ME"/>
        </w:rPr>
        <w:t>Penzioner: Potvrda o poslednjoj isplaćenoj penziji ili Rješenje u kojem je utvrđen iznos penzije</w:t>
      </w:r>
    </w:p>
    <w:p w14:paraId="42C67BC1" w14:textId="77777777" w:rsidR="004E7A9A" w:rsidRPr="00B3006C" w:rsidRDefault="004E7A9A" w:rsidP="004E7A9A">
      <w:pPr>
        <w:pStyle w:val="ListParagraph"/>
        <w:numPr>
          <w:ilvl w:val="0"/>
          <w:numId w:val="12"/>
        </w:numPr>
        <w:rPr>
          <w:rFonts w:ascii="Arial" w:hAnsi="Arial" w:cs="Arial"/>
          <w:sz w:val="18"/>
          <w:szCs w:val="18"/>
          <w:lang w:val="sr-Latn-ME"/>
        </w:rPr>
      </w:pPr>
      <w:r w:rsidRPr="00B3006C">
        <w:rPr>
          <w:rFonts w:ascii="Arial" w:hAnsi="Arial" w:cs="Arial"/>
          <w:sz w:val="18"/>
          <w:szCs w:val="18"/>
          <w:lang w:val="sr-Latn-ME"/>
        </w:rPr>
        <w:t>Nezaposleno lice: Potvrda o prijavi na Zavodu za zapošljavanje i rešenje kojim se priznaje (ili odbija) pravo na naknadu ili Potvrda o prestanku radnog odnosa/Raskid Ugovora (ovjeren od strane bivšeg poslodavca i klijenta)</w:t>
      </w:r>
    </w:p>
    <w:p w14:paraId="5386691D" w14:textId="77777777" w:rsidR="004E7A9A" w:rsidRPr="00B3006C" w:rsidRDefault="004E7A9A" w:rsidP="004E7A9A">
      <w:pPr>
        <w:pStyle w:val="ListParagraph"/>
        <w:numPr>
          <w:ilvl w:val="0"/>
          <w:numId w:val="12"/>
        </w:numPr>
        <w:rPr>
          <w:rFonts w:ascii="Arial" w:hAnsi="Arial" w:cs="Arial"/>
          <w:sz w:val="18"/>
          <w:szCs w:val="18"/>
          <w:lang w:val="sr-Latn-ME"/>
        </w:rPr>
      </w:pPr>
      <w:r w:rsidRPr="00B3006C">
        <w:rPr>
          <w:rFonts w:ascii="Arial" w:hAnsi="Arial" w:cs="Arial"/>
          <w:sz w:val="18"/>
          <w:szCs w:val="18"/>
          <w:lang w:val="sr-Latn-ME"/>
        </w:rPr>
        <w:t>RKB (koji je dat kao prilog)</w:t>
      </w:r>
    </w:p>
    <w:p w14:paraId="667B5ABE" w14:textId="77777777" w:rsidR="004E7A9A" w:rsidRPr="00B3006C" w:rsidRDefault="004E7A9A" w:rsidP="004E7A9A">
      <w:pPr>
        <w:pStyle w:val="ListParagraph"/>
        <w:numPr>
          <w:ilvl w:val="0"/>
          <w:numId w:val="12"/>
        </w:numPr>
        <w:rPr>
          <w:rFonts w:ascii="Arial" w:hAnsi="Arial" w:cs="Arial"/>
          <w:sz w:val="18"/>
          <w:szCs w:val="18"/>
          <w:lang w:val="sr-Latn-ME"/>
        </w:rPr>
      </w:pPr>
      <w:r w:rsidRPr="00B3006C">
        <w:rPr>
          <w:rFonts w:ascii="Arial" w:hAnsi="Arial" w:cs="Arial"/>
          <w:sz w:val="18"/>
          <w:szCs w:val="18"/>
          <w:lang w:val="sr-Latn-ME"/>
        </w:rPr>
        <w:t>Druga dokumentacija važna za procjenu</w:t>
      </w:r>
    </w:p>
    <w:p w14:paraId="255529BB" w14:textId="77777777" w:rsidR="004E7A9A" w:rsidRPr="00B3006C" w:rsidRDefault="004E7A9A" w:rsidP="004E7A9A">
      <w:pPr>
        <w:pStyle w:val="Heading2"/>
        <w:rPr>
          <w:rFonts w:ascii="Arial" w:eastAsiaTheme="minorEastAsia" w:hAnsi="Arial" w:cs="Arial"/>
          <w:b w:val="0"/>
          <w:bCs w:val="0"/>
          <w:color w:val="auto"/>
          <w:sz w:val="18"/>
          <w:szCs w:val="18"/>
          <w:lang w:val="sr-Latn-ME"/>
        </w:rPr>
      </w:pPr>
      <w:r w:rsidRPr="00B3006C">
        <w:rPr>
          <w:rFonts w:ascii="Arial" w:eastAsiaTheme="minorEastAsia" w:hAnsi="Arial" w:cs="Arial"/>
          <w:b w:val="0"/>
          <w:bCs w:val="0"/>
          <w:color w:val="auto"/>
          <w:sz w:val="18"/>
          <w:szCs w:val="18"/>
          <w:lang w:val="sr-Latn-ME"/>
        </w:rPr>
        <w:t>Napomena: U slučaju postojanja sudužništva cjelokupna gore navedena dokumentacija se dostavlja i za sudužnika.</w:t>
      </w:r>
    </w:p>
    <w:p w14:paraId="6918F60B" w14:textId="77777777" w:rsidR="004E7A9A" w:rsidRDefault="004E7A9A" w:rsidP="00764806">
      <w:pPr>
        <w:pStyle w:val="Heading2"/>
        <w:jc w:val="both"/>
        <w:rPr>
          <w:rFonts w:ascii="Arial" w:hAnsi="Arial" w:cs="Arial"/>
          <w:sz w:val="18"/>
          <w:szCs w:val="18"/>
          <w:lang w:val="sr-Latn-ME"/>
        </w:rPr>
      </w:pPr>
    </w:p>
    <w:p w14:paraId="0822F991" w14:textId="0AA4A34A" w:rsidR="00B6395B" w:rsidRPr="00764806" w:rsidRDefault="00E96A51" w:rsidP="00764806">
      <w:pPr>
        <w:pStyle w:val="Heading2"/>
        <w:jc w:val="both"/>
        <w:rPr>
          <w:rFonts w:ascii="Arial" w:hAnsi="Arial" w:cs="Arial"/>
          <w:sz w:val="18"/>
          <w:szCs w:val="18"/>
          <w:lang w:val="sr-Latn-ME"/>
        </w:rPr>
      </w:pPr>
      <w:r w:rsidRPr="00764806">
        <w:rPr>
          <w:rFonts w:ascii="Arial" w:hAnsi="Arial" w:cs="Arial"/>
          <w:sz w:val="18"/>
          <w:szCs w:val="18"/>
          <w:lang w:val="sr-Latn-ME"/>
        </w:rPr>
        <w:t>Napomena klijentu</w:t>
      </w:r>
    </w:p>
    <w:p w14:paraId="08632192" w14:textId="704A91AC" w:rsidR="00764806" w:rsidRPr="00764806" w:rsidRDefault="00764806" w:rsidP="00764806">
      <w:pPr>
        <w:jc w:val="both"/>
        <w:rPr>
          <w:rFonts w:ascii="Arial" w:hAnsi="Arial" w:cs="Arial"/>
          <w:sz w:val="16"/>
          <w:szCs w:val="16"/>
          <w:lang w:val="sr-Latn-ME"/>
        </w:rPr>
      </w:pPr>
      <w:r w:rsidRPr="00764806">
        <w:rPr>
          <w:rFonts w:ascii="Arial" w:hAnsi="Arial" w:cs="Arial"/>
          <w:sz w:val="16"/>
          <w:szCs w:val="16"/>
          <w:lang w:val="sr-Latn-ME"/>
        </w:rPr>
        <w:t>Zahtjev za odobravanje olakšica može se podnij</w:t>
      </w:r>
      <w:r w:rsidR="008B6A29">
        <w:rPr>
          <w:rFonts w:ascii="Arial" w:hAnsi="Arial" w:cs="Arial"/>
          <w:sz w:val="16"/>
          <w:szCs w:val="16"/>
          <w:lang w:val="sr-Latn-ME"/>
        </w:rPr>
        <w:t>e</w:t>
      </w:r>
      <w:r w:rsidRPr="00764806">
        <w:rPr>
          <w:rFonts w:ascii="Arial" w:hAnsi="Arial" w:cs="Arial"/>
          <w:sz w:val="16"/>
          <w:szCs w:val="16"/>
          <w:lang w:val="sr-Latn-ME"/>
        </w:rPr>
        <w:t>ti u p</w:t>
      </w:r>
      <w:r w:rsidR="008B6A29">
        <w:rPr>
          <w:rFonts w:ascii="Arial" w:hAnsi="Arial" w:cs="Arial"/>
          <w:sz w:val="16"/>
          <w:szCs w:val="16"/>
          <w:lang w:val="sr-Latn-ME"/>
        </w:rPr>
        <w:t>o</w:t>
      </w:r>
      <w:r w:rsidRPr="00764806">
        <w:rPr>
          <w:rFonts w:ascii="Arial" w:hAnsi="Arial" w:cs="Arial"/>
          <w:sz w:val="16"/>
          <w:szCs w:val="16"/>
          <w:lang w:val="sr-Latn-ME"/>
        </w:rPr>
        <w:t xml:space="preserve">slovnim prostorijama </w:t>
      </w:r>
      <w:r w:rsidR="008B6A29">
        <w:rPr>
          <w:rFonts w:ascii="Arial" w:hAnsi="Arial" w:cs="Arial"/>
          <w:sz w:val="16"/>
          <w:szCs w:val="16"/>
          <w:lang w:val="sr-Latn-ME"/>
        </w:rPr>
        <w:t xml:space="preserve">Banke </w:t>
      </w:r>
      <w:r w:rsidRPr="00764806">
        <w:rPr>
          <w:rFonts w:ascii="Arial" w:hAnsi="Arial" w:cs="Arial"/>
          <w:sz w:val="16"/>
          <w:szCs w:val="16"/>
          <w:lang w:val="sr-Latn-ME"/>
        </w:rPr>
        <w:t xml:space="preserve">kod nadležog komercijaliste ili  elektronskim putem na mail adrese: </w:t>
      </w:r>
      <w:hyperlink r:id="rId8" w:history="1">
        <w:r w:rsidRPr="00764806">
          <w:rPr>
            <w:rStyle w:val="Hyperlink"/>
            <w:rFonts w:ascii="Arial" w:hAnsi="Arial" w:cs="Arial"/>
            <w:sz w:val="16"/>
            <w:szCs w:val="16"/>
            <w:lang w:val="sr-Latn-ME"/>
          </w:rPr>
          <w:t>szr@nlb.me</w:t>
        </w:r>
      </w:hyperlink>
      <w:r w:rsidRPr="00764806">
        <w:rPr>
          <w:rFonts w:ascii="Arial" w:hAnsi="Arial" w:cs="Arial"/>
          <w:sz w:val="16"/>
          <w:szCs w:val="16"/>
          <w:lang w:val="sr-Latn-ME"/>
        </w:rPr>
        <w:t>.</w:t>
      </w:r>
    </w:p>
    <w:p w14:paraId="6EFA6AC6" w14:textId="15E17CA0" w:rsidR="00815673" w:rsidRDefault="00764806" w:rsidP="008B6A29">
      <w:pPr>
        <w:rPr>
          <w:rFonts w:ascii="Arial" w:hAnsi="Arial" w:cs="Arial"/>
          <w:sz w:val="16"/>
          <w:szCs w:val="16"/>
          <w:lang w:val="sr-Latn-ME"/>
        </w:rPr>
      </w:pPr>
      <w:r w:rsidRPr="00764806">
        <w:rPr>
          <w:rFonts w:ascii="Arial" w:hAnsi="Arial" w:cs="Arial"/>
          <w:sz w:val="16"/>
          <w:szCs w:val="16"/>
          <w:lang w:val="sr-Latn-ME"/>
        </w:rPr>
        <w:t xml:space="preserve">Banka odlučuje o zahtjevu u roku od 30 dana od dana prijema </w:t>
      </w:r>
      <w:r w:rsidR="00307BBD">
        <w:rPr>
          <w:rFonts w:ascii="Arial" w:hAnsi="Arial" w:cs="Arial"/>
          <w:sz w:val="16"/>
          <w:szCs w:val="16"/>
          <w:lang w:val="sr-Latn-ME"/>
        </w:rPr>
        <w:t xml:space="preserve">vašeg </w:t>
      </w:r>
      <w:r w:rsidRPr="00764806">
        <w:rPr>
          <w:rFonts w:ascii="Arial" w:hAnsi="Arial" w:cs="Arial"/>
          <w:sz w:val="16"/>
          <w:szCs w:val="16"/>
          <w:lang w:val="sr-Latn-ME"/>
        </w:rPr>
        <w:t>zahtjeva i o tome Vas obavještava pisanim putem, u papirnom ili elektronskom obliku.</w:t>
      </w:r>
      <w:r w:rsidRPr="00764806">
        <w:rPr>
          <w:rFonts w:ascii="Arial" w:hAnsi="Arial" w:cs="Arial"/>
          <w:sz w:val="16"/>
          <w:szCs w:val="16"/>
          <w:lang w:val="sr-Latn-ME"/>
        </w:rPr>
        <w:br/>
        <w:t xml:space="preserve">Ako je zahtjev nepotpun ili neuredan, </w:t>
      </w:r>
      <w:r w:rsidR="00307BBD">
        <w:rPr>
          <w:rFonts w:ascii="Arial" w:hAnsi="Arial" w:cs="Arial"/>
          <w:sz w:val="16"/>
          <w:szCs w:val="16"/>
          <w:lang w:val="sr-Latn-ME"/>
        </w:rPr>
        <w:t>B</w:t>
      </w:r>
      <w:r w:rsidR="008B6A29">
        <w:rPr>
          <w:rFonts w:ascii="Arial" w:hAnsi="Arial" w:cs="Arial"/>
          <w:sz w:val="16"/>
          <w:szCs w:val="16"/>
          <w:lang w:val="sr-Latn-ME"/>
        </w:rPr>
        <w:t xml:space="preserve">anka će </w:t>
      </w:r>
      <w:r w:rsidRPr="00764806">
        <w:rPr>
          <w:rFonts w:ascii="Arial" w:hAnsi="Arial" w:cs="Arial"/>
          <w:sz w:val="16"/>
          <w:szCs w:val="16"/>
          <w:lang w:val="sr-Latn-ME"/>
        </w:rPr>
        <w:t>Vas u roku od tri radna dana od prijema zahtjeva obavijesti</w:t>
      </w:r>
      <w:r w:rsidR="0007306E">
        <w:rPr>
          <w:rFonts w:ascii="Arial" w:hAnsi="Arial" w:cs="Arial"/>
          <w:sz w:val="16"/>
          <w:szCs w:val="16"/>
          <w:lang w:val="sr-Latn-ME"/>
        </w:rPr>
        <w:t>ti</w:t>
      </w:r>
      <w:r w:rsidRPr="00764806">
        <w:rPr>
          <w:rFonts w:ascii="Arial" w:hAnsi="Arial" w:cs="Arial"/>
          <w:sz w:val="16"/>
          <w:szCs w:val="16"/>
          <w:lang w:val="sr-Latn-ME"/>
        </w:rPr>
        <w:t xml:space="preserve"> i uputi</w:t>
      </w:r>
      <w:r w:rsidR="0007306E">
        <w:rPr>
          <w:rFonts w:ascii="Arial" w:hAnsi="Arial" w:cs="Arial"/>
          <w:sz w:val="16"/>
          <w:szCs w:val="16"/>
          <w:lang w:val="sr-Latn-ME"/>
        </w:rPr>
        <w:t>ti</w:t>
      </w:r>
      <w:r w:rsidRPr="00764806">
        <w:rPr>
          <w:rFonts w:ascii="Arial" w:hAnsi="Arial" w:cs="Arial"/>
          <w:sz w:val="16"/>
          <w:szCs w:val="16"/>
          <w:lang w:val="sr-Latn-ME"/>
        </w:rPr>
        <w:t xml:space="preserve"> kako da zahtjev </w:t>
      </w:r>
      <w:r w:rsidR="004F4F74" w:rsidRPr="00764806">
        <w:rPr>
          <w:rFonts w:ascii="Arial" w:hAnsi="Arial" w:cs="Arial"/>
          <w:sz w:val="16"/>
          <w:szCs w:val="16"/>
          <w:lang w:val="sr-Latn-ME"/>
        </w:rPr>
        <w:t>dopunite</w:t>
      </w:r>
      <w:r w:rsidRPr="00764806">
        <w:rPr>
          <w:rFonts w:ascii="Arial" w:hAnsi="Arial" w:cs="Arial"/>
          <w:sz w:val="16"/>
          <w:szCs w:val="16"/>
          <w:lang w:val="sr-Latn-ME"/>
        </w:rPr>
        <w:t>.</w:t>
      </w:r>
      <w:r w:rsidRPr="00764806">
        <w:rPr>
          <w:rFonts w:ascii="Arial" w:hAnsi="Arial" w:cs="Arial"/>
          <w:sz w:val="16"/>
          <w:szCs w:val="16"/>
          <w:lang w:val="sr-Latn-ME"/>
        </w:rPr>
        <w:br/>
        <w:t xml:space="preserve">Prilikom </w:t>
      </w:r>
      <w:r w:rsidR="0007306E">
        <w:rPr>
          <w:rFonts w:ascii="Arial" w:hAnsi="Arial" w:cs="Arial"/>
          <w:sz w:val="16"/>
          <w:szCs w:val="16"/>
          <w:lang w:val="sr-Latn-ME"/>
        </w:rPr>
        <w:t>odlučivanja</w:t>
      </w:r>
      <w:r w:rsidRPr="00764806">
        <w:rPr>
          <w:rFonts w:ascii="Arial" w:hAnsi="Arial" w:cs="Arial"/>
          <w:sz w:val="16"/>
          <w:szCs w:val="16"/>
          <w:lang w:val="sr-Latn-ME"/>
        </w:rPr>
        <w:t xml:space="preserve">, </w:t>
      </w:r>
      <w:r w:rsidR="008B6A29">
        <w:rPr>
          <w:rFonts w:ascii="Arial" w:hAnsi="Arial" w:cs="Arial"/>
          <w:sz w:val="16"/>
          <w:szCs w:val="16"/>
          <w:lang w:val="sr-Latn-ME"/>
        </w:rPr>
        <w:t xml:space="preserve">Banka </w:t>
      </w:r>
      <w:r w:rsidR="008B6A29" w:rsidRPr="00764806">
        <w:rPr>
          <w:rFonts w:ascii="Arial" w:hAnsi="Arial" w:cs="Arial"/>
          <w:sz w:val="16"/>
          <w:szCs w:val="16"/>
          <w:lang w:val="sr-Latn-ME"/>
        </w:rPr>
        <w:t xml:space="preserve"> </w:t>
      </w:r>
      <w:r w:rsidRPr="00764806">
        <w:rPr>
          <w:rFonts w:ascii="Arial" w:hAnsi="Arial" w:cs="Arial"/>
          <w:sz w:val="16"/>
          <w:szCs w:val="16"/>
          <w:lang w:val="sr-Latn-ME"/>
        </w:rPr>
        <w:t>nije vezan</w:t>
      </w:r>
      <w:r w:rsidR="008B6A29">
        <w:rPr>
          <w:rFonts w:ascii="Arial" w:hAnsi="Arial" w:cs="Arial"/>
          <w:sz w:val="16"/>
          <w:szCs w:val="16"/>
          <w:lang w:val="sr-Latn-ME"/>
        </w:rPr>
        <w:t>a</w:t>
      </w:r>
      <w:r w:rsidRPr="00764806">
        <w:rPr>
          <w:rFonts w:ascii="Arial" w:hAnsi="Arial" w:cs="Arial"/>
          <w:sz w:val="16"/>
          <w:szCs w:val="16"/>
          <w:lang w:val="sr-Latn-ME"/>
        </w:rPr>
        <w:t xml:space="preserve"> zahtjevom u pogledu tražene olakšice i uslova</w:t>
      </w:r>
      <w:r w:rsidR="008B6A29">
        <w:rPr>
          <w:rFonts w:ascii="Arial" w:hAnsi="Arial" w:cs="Arial"/>
          <w:sz w:val="16"/>
          <w:szCs w:val="16"/>
          <w:lang w:val="sr-Latn-ME"/>
        </w:rPr>
        <w:t xml:space="preserve"> koji ste </w:t>
      </w:r>
      <w:r w:rsidR="0007306E">
        <w:rPr>
          <w:rFonts w:ascii="Arial" w:hAnsi="Arial" w:cs="Arial"/>
          <w:sz w:val="16"/>
          <w:szCs w:val="16"/>
          <w:lang w:val="sr-Latn-ME"/>
        </w:rPr>
        <w:t>tražili.</w:t>
      </w:r>
      <w:r w:rsidRPr="00764806">
        <w:rPr>
          <w:rFonts w:ascii="Arial" w:hAnsi="Arial" w:cs="Arial"/>
          <w:sz w:val="16"/>
          <w:szCs w:val="16"/>
          <w:lang w:val="sr-Latn-ME"/>
        </w:rPr>
        <w:br/>
        <w:t xml:space="preserve">Ako nakon podnošenja zahtjeva ili u prigovoru komisiji i dalje ostanete pri zahtjevu za primjenom određene olakšice, </w:t>
      </w:r>
      <w:r w:rsidR="009E3156">
        <w:rPr>
          <w:rFonts w:ascii="Arial" w:hAnsi="Arial" w:cs="Arial"/>
          <w:sz w:val="16"/>
          <w:szCs w:val="16"/>
          <w:lang w:val="sr-Latn-ME"/>
        </w:rPr>
        <w:t xml:space="preserve">Banka </w:t>
      </w:r>
      <w:r w:rsidRPr="00764806">
        <w:rPr>
          <w:rFonts w:ascii="Arial" w:hAnsi="Arial" w:cs="Arial"/>
          <w:sz w:val="16"/>
          <w:szCs w:val="16"/>
          <w:lang w:val="sr-Latn-ME"/>
        </w:rPr>
        <w:t>može zahtijevati dodatno sredstvo obezbjeđenja radi primjene tražene olakšice.</w:t>
      </w:r>
      <w:r w:rsidRPr="00764806">
        <w:rPr>
          <w:rFonts w:ascii="Arial" w:hAnsi="Arial" w:cs="Arial"/>
          <w:sz w:val="16"/>
          <w:szCs w:val="16"/>
          <w:lang w:val="sr-Latn-ME"/>
        </w:rPr>
        <w:br/>
      </w:r>
      <w:r w:rsidR="009E3156">
        <w:rPr>
          <w:rFonts w:ascii="Arial" w:hAnsi="Arial" w:cs="Arial"/>
          <w:sz w:val="16"/>
          <w:szCs w:val="16"/>
          <w:lang w:val="sr-Latn-ME"/>
        </w:rPr>
        <w:t xml:space="preserve">Banka </w:t>
      </w:r>
      <w:r w:rsidR="009E3156" w:rsidRPr="00764806">
        <w:rPr>
          <w:rFonts w:ascii="Arial" w:hAnsi="Arial" w:cs="Arial"/>
          <w:sz w:val="16"/>
          <w:szCs w:val="16"/>
          <w:lang w:val="sr-Latn-ME"/>
        </w:rPr>
        <w:t xml:space="preserve"> </w:t>
      </w:r>
      <w:r w:rsidRPr="00764806">
        <w:rPr>
          <w:rFonts w:ascii="Arial" w:hAnsi="Arial" w:cs="Arial"/>
          <w:sz w:val="16"/>
          <w:szCs w:val="16"/>
          <w:lang w:val="sr-Latn-ME"/>
        </w:rPr>
        <w:t xml:space="preserve">može odbiti zahtjev ukoliko procijeni da </w:t>
      </w:r>
      <w:r w:rsidR="009E3156">
        <w:rPr>
          <w:rFonts w:ascii="Arial" w:hAnsi="Arial" w:cs="Arial"/>
          <w:sz w:val="16"/>
          <w:szCs w:val="16"/>
          <w:lang w:val="sr-Latn-ME"/>
        </w:rPr>
        <w:t>dostavljeni dokazi</w:t>
      </w:r>
      <w:r w:rsidR="00815673" w:rsidRPr="00815673">
        <w:rPr>
          <w:rFonts w:ascii="Arial" w:hAnsi="Arial" w:cs="Arial"/>
          <w:sz w:val="16"/>
          <w:szCs w:val="16"/>
          <w:lang w:val="sr-Latn-ME"/>
        </w:rPr>
        <w:t xml:space="preserve"> </w:t>
      </w:r>
      <w:r w:rsidR="00815673" w:rsidRPr="00F27CBE">
        <w:rPr>
          <w:rFonts w:ascii="Arial" w:hAnsi="Arial" w:cs="Arial"/>
          <w:sz w:val="16"/>
          <w:szCs w:val="16"/>
          <w:lang w:val="sr-Latn-ME"/>
        </w:rPr>
        <w:t>u odnosu na okolnosti koji su uzrokoval</w:t>
      </w:r>
      <w:r w:rsidR="00815673">
        <w:rPr>
          <w:rFonts w:ascii="Arial" w:hAnsi="Arial" w:cs="Arial"/>
          <w:sz w:val="16"/>
          <w:szCs w:val="16"/>
          <w:lang w:val="sr-Latn-ME"/>
        </w:rPr>
        <w:t xml:space="preserve">e </w:t>
      </w:r>
      <w:r w:rsidR="00815673" w:rsidRPr="00F27CBE">
        <w:rPr>
          <w:rFonts w:ascii="Arial" w:hAnsi="Arial" w:cs="Arial"/>
          <w:sz w:val="16"/>
          <w:szCs w:val="16"/>
          <w:lang w:val="sr-Latn-ME"/>
        </w:rPr>
        <w:t>poteškoće u plaćanju su</w:t>
      </w:r>
      <w:r w:rsidR="00815673">
        <w:rPr>
          <w:rFonts w:ascii="Arial" w:hAnsi="Arial" w:cs="Arial"/>
          <w:sz w:val="16"/>
          <w:szCs w:val="16"/>
          <w:lang w:val="sr-Latn-ME"/>
        </w:rPr>
        <w:t>:</w:t>
      </w:r>
    </w:p>
    <w:p w14:paraId="53724F11" w14:textId="383F760E" w:rsidR="00815673" w:rsidRDefault="009E3156" w:rsidP="00815673">
      <w:pPr>
        <w:pStyle w:val="ListParagraph"/>
        <w:numPr>
          <w:ilvl w:val="0"/>
          <w:numId w:val="10"/>
        </w:numPr>
        <w:rPr>
          <w:rFonts w:ascii="Arial" w:hAnsi="Arial" w:cs="Arial"/>
          <w:sz w:val="16"/>
          <w:szCs w:val="16"/>
          <w:lang w:val="sr-Latn-ME"/>
        </w:rPr>
      </w:pPr>
      <w:r w:rsidRPr="00E96A51">
        <w:rPr>
          <w:rFonts w:ascii="Arial" w:hAnsi="Arial" w:cs="Arial"/>
          <w:sz w:val="16"/>
          <w:szCs w:val="16"/>
          <w:lang w:val="sr-Latn-ME"/>
        </w:rPr>
        <w:t>nepotpuni i</w:t>
      </w:r>
      <w:r w:rsidR="00A32C3E">
        <w:rPr>
          <w:rFonts w:ascii="Arial" w:hAnsi="Arial" w:cs="Arial"/>
          <w:sz w:val="16"/>
          <w:szCs w:val="16"/>
          <w:lang w:val="sr-Latn-ME"/>
        </w:rPr>
        <w:t xml:space="preserve">/ili </w:t>
      </w:r>
      <w:r w:rsidRPr="00E96A51">
        <w:rPr>
          <w:rFonts w:ascii="Arial" w:hAnsi="Arial" w:cs="Arial"/>
          <w:sz w:val="16"/>
          <w:szCs w:val="16"/>
          <w:lang w:val="sr-Latn-ME"/>
        </w:rPr>
        <w:t xml:space="preserve"> neosnovani</w:t>
      </w:r>
      <w:r w:rsidR="00815673">
        <w:rPr>
          <w:rFonts w:ascii="Arial" w:hAnsi="Arial" w:cs="Arial"/>
          <w:sz w:val="16"/>
          <w:szCs w:val="16"/>
          <w:lang w:val="sr-Latn-ME"/>
        </w:rPr>
        <w:t>;</w:t>
      </w:r>
    </w:p>
    <w:p w14:paraId="5D683808" w14:textId="2C03A793" w:rsidR="00815673" w:rsidRDefault="00E96A51" w:rsidP="00815673">
      <w:pPr>
        <w:pStyle w:val="ListParagraph"/>
        <w:numPr>
          <w:ilvl w:val="0"/>
          <w:numId w:val="10"/>
        </w:numPr>
        <w:rPr>
          <w:rFonts w:ascii="Arial" w:hAnsi="Arial" w:cs="Arial"/>
          <w:sz w:val="16"/>
          <w:szCs w:val="16"/>
          <w:lang w:val="sr-Latn-ME"/>
        </w:rPr>
      </w:pPr>
      <w:r w:rsidRPr="00E96A51">
        <w:rPr>
          <w:rFonts w:ascii="Arial" w:hAnsi="Arial" w:cs="Arial"/>
          <w:sz w:val="16"/>
          <w:szCs w:val="16"/>
          <w:lang w:val="sr-Latn-ME"/>
        </w:rPr>
        <w:t>ne</w:t>
      </w:r>
      <w:r w:rsidR="00815673">
        <w:rPr>
          <w:rFonts w:ascii="Arial" w:hAnsi="Arial" w:cs="Arial"/>
          <w:sz w:val="16"/>
          <w:szCs w:val="16"/>
          <w:lang w:val="sr-Latn-ME"/>
        </w:rPr>
        <w:t>će</w:t>
      </w:r>
      <w:r w:rsidRPr="00E96A51">
        <w:rPr>
          <w:rFonts w:ascii="Arial" w:hAnsi="Arial" w:cs="Arial"/>
          <w:sz w:val="16"/>
          <w:szCs w:val="16"/>
          <w:lang w:val="sr-Latn-ME"/>
        </w:rPr>
        <w:t xml:space="preserve"> uti</w:t>
      </w:r>
      <w:r w:rsidR="00815673">
        <w:rPr>
          <w:rFonts w:ascii="Arial" w:hAnsi="Arial" w:cs="Arial"/>
          <w:sz w:val="16"/>
          <w:szCs w:val="16"/>
          <w:lang w:val="sr-Latn-ME"/>
        </w:rPr>
        <w:t xml:space="preserve">cati </w:t>
      </w:r>
      <w:r w:rsidRPr="00E96A51">
        <w:rPr>
          <w:rFonts w:ascii="Arial" w:hAnsi="Arial" w:cs="Arial"/>
          <w:sz w:val="16"/>
          <w:szCs w:val="16"/>
          <w:lang w:val="sr-Latn-ME"/>
        </w:rPr>
        <w:t xml:space="preserve"> značajno na sposobnost redovne otplate kredita</w:t>
      </w:r>
      <w:r w:rsidR="0007306E">
        <w:rPr>
          <w:rFonts w:ascii="Arial" w:hAnsi="Arial" w:cs="Arial"/>
          <w:sz w:val="16"/>
          <w:szCs w:val="16"/>
          <w:lang w:val="sr-Latn-ME"/>
        </w:rPr>
        <w:t>;</w:t>
      </w:r>
    </w:p>
    <w:p w14:paraId="5195CC8F" w14:textId="79D32BEC" w:rsidR="00815673" w:rsidRDefault="00E96A51" w:rsidP="00815673">
      <w:pPr>
        <w:pStyle w:val="ListParagraph"/>
        <w:numPr>
          <w:ilvl w:val="0"/>
          <w:numId w:val="10"/>
        </w:numPr>
        <w:rPr>
          <w:rFonts w:ascii="Arial" w:hAnsi="Arial" w:cs="Arial"/>
          <w:sz w:val="16"/>
          <w:szCs w:val="16"/>
          <w:lang w:val="sr-Latn-ME"/>
        </w:rPr>
      </w:pPr>
      <w:r w:rsidRPr="00E96A51">
        <w:rPr>
          <w:rFonts w:ascii="Arial" w:hAnsi="Arial" w:cs="Arial"/>
          <w:sz w:val="16"/>
          <w:szCs w:val="16"/>
          <w:lang w:val="sr-Latn-ME"/>
        </w:rPr>
        <w:t xml:space="preserve">da nećete </w:t>
      </w:r>
      <w:r w:rsidR="00815673">
        <w:rPr>
          <w:rFonts w:ascii="Arial" w:hAnsi="Arial" w:cs="Arial"/>
          <w:sz w:val="16"/>
          <w:szCs w:val="16"/>
          <w:lang w:val="sr-Latn-ME"/>
        </w:rPr>
        <w:t xml:space="preserve">biti u </w:t>
      </w:r>
      <w:r w:rsidRPr="00E96A51">
        <w:rPr>
          <w:rFonts w:ascii="Arial" w:hAnsi="Arial" w:cs="Arial"/>
          <w:sz w:val="16"/>
          <w:szCs w:val="16"/>
          <w:lang w:val="sr-Latn-ME"/>
        </w:rPr>
        <w:t>mo</w:t>
      </w:r>
      <w:r w:rsidR="00815673">
        <w:rPr>
          <w:rFonts w:ascii="Arial" w:hAnsi="Arial" w:cs="Arial"/>
          <w:sz w:val="16"/>
          <w:szCs w:val="16"/>
          <w:lang w:val="sr-Latn-ME"/>
        </w:rPr>
        <w:t>gu</w:t>
      </w:r>
      <w:r w:rsidRPr="00E96A51">
        <w:rPr>
          <w:rFonts w:ascii="Arial" w:hAnsi="Arial" w:cs="Arial"/>
          <w:sz w:val="16"/>
          <w:szCs w:val="16"/>
          <w:lang w:val="sr-Latn-ME"/>
        </w:rPr>
        <w:t>ć</w:t>
      </w:r>
      <w:r w:rsidR="00815673">
        <w:rPr>
          <w:rFonts w:ascii="Arial" w:hAnsi="Arial" w:cs="Arial"/>
          <w:sz w:val="16"/>
          <w:szCs w:val="16"/>
          <w:lang w:val="sr-Latn-ME"/>
        </w:rPr>
        <w:t xml:space="preserve">nosti da obezbijedite </w:t>
      </w:r>
      <w:r w:rsidRPr="00E96A51">
        <w:rPr>
          <w:rFonts w:ascii="Arial" w:hAnsi="Arial" w:cs="Arial"/>
          <w:sz w:val="16"/>
          <w:szCs w:val="16"/>
          <w:lang w:val="sr-Latn-ME"/>
        </w:rPr>
        <w:t>redovn</w:t>
      </w:r>
      <w:r w:rsidR="00815673">
        <w:rPr>
          <w:rFonts w:ascii="Arial" w:hAnsi="Arial" w:cs="Arial"/>
          <w:sz w:val="16"/>
          <w:szCs w:val="16"/>
          <w:lang w:val="sr-Latn-ME"/>
        </w:rPr>
        <w:t>u</w:t>
      </w:r>
      <w:r w:rsidRPr="00E96A51">
        <w:rPr>
          <w:rFonts w:ascii="Arial" w:hAnsi="Arial" w:cs="Arial"/>
          <w:sz w:val="16"/>
          <w:szCs w:val="16"/>
          <w:lang w:val="sr-Latn-ME"/>
        </w:rPr>
        <w:t xml:space="preserve"> otpla</w:t>
      </w:r>
      <w:r w:rsidR="00815673">
        <w:rPr>
          <w:rFonts w:ascii="Arial" w:hAnsi="Arial" w:cs="Arial"/>
          <w:sz w:val="16"/>
          <w:szCs w:val="16"/>
          <w:lang w:val="sr-Latn-ME"/>
        </w:rPr>
        <w:t>tu</w:t>
      </w:r>
      <w:r w:rsidRPr="00E96A51">
        <w:rPr>
          <w:rFonts w:ascii="Arial" w:hAnsi="Arial" w:cs="Arial"/>
          <w:sz w:val="16"/>
          <w:szCs w:val="16"/>
          <w:lang w:val="sr-Latn-ME"/>
        </w:rPr>
        <w:t xml:space="preserve"> kredit</w:t>
      </w:r>
      <w:r w:rsidR="00815673">
        <w:rPr>
          <w:rFonts w:ascii="Arial" w:hAnsi="Arial" w:cs="Arial"/>
          <w:sz w:val="16"/>
          <w:szCs w:val="16"/>
          <w:lang w:val="sr-Latn-ME"/>
        </w:rPr>
        <w:t>a</w:t>
      </w:r>
      <w:r w:rsidR="0007306E">
        <w:rPr>
          <w:rFonts w:ascii="Arial" w:hAnsi="Arial" w:cs="Arial"/>
          <w:sz w:val="16"/>
          <w:szCs w:val="16"/>
          <w:lang w:val="sr-Latn-ME"/>
        </w:rPr>
        <w:t>;</w:t>
      </w:r>
    </w:p>
    <w:p w14:paraId="40CCDEA8" w14:textId="76336056" w:rsidR="00B6395B" w:rsidRPr="00E96A51" w:rsidRDefault="00E96A51" w:rsidP="00E96A51">
      <w:pPr>
        <w:pStyle w:val="ListParagraph"/>
        <w:numPr>
          <w:ilvl w:val="0"/>
          <w:numId w:val="10"/>
        </w:numPr>
        <w:rPr>
          <w:rFonts w:ascii="Arial" w:hAnsi="Arial" w:cs="Arial"/>
          <w:sz w:val="16"/>
          <w:szCs w:val="16"/>
          <w:lang w:val="sr-Latn-ME"/>
        </w:rPr>
      </w:pPr>
      <w:r w:rsidRPr="00E96A51">
        <w:rPr>
          <w:rFonts w:ascii="Arial" w:hAnsi="Arial" w:cs="Arial"/>
          <w:sz w:val="16"/>
          <w:szCs w:val="16"/>
          <w:lang w:val="sr-Latn-ME"/>
        </w:rPr>
        <w:t>da bi primjena olakšica</w:t>
      </w:r>
      <w:r w:rsidR="00815673" w:rsidRPr="00E96A51">
        <w:rPr>
          <w:rFonts w:ascii="Arial" w:hAnsi="Arial" w:cs="Arial"/>
          <w:sz w:val="16"/>
          <w:szCs w:val="16"/>
          <w:lang w:val="sr-Latn-ME"/>
        </w:rPr>
        <w:t xml:space="preserve"> </w:t>
      </w:r>
      <w:r w:rsidR="00815673">
        <w:rPr>
          <w:rFonts w:ascii="Arial" w:hAnsi="Arial" w:cs="Arial"/>
          <w:sz w:val="16"/>
          <w:szCs w:val="16"/>
          <w:lang w:val="sr-Latn-ME"/>
        </w:rPr>
        <w:t xml:space="preserve">od strane </w:t>
      </w:r>
      <w:r w:rsidR="008051EF">
        <w:rPr>
          <w:rFonts w:ascii="Arial" w:hAnsi="Arial" w:cs="Arial"/>
          <w:sz w:val="16"/>
          <w:szCs w:val="16"/>
          <w:lang w:val="sr-Latn-ME"/>
        </w:rPr>
        <w:t xml:space="preserve">ove </w:t>
      </w:r>
      <w:r w:rsidR="00815673" w:rsidRPr="00E96A51">
        <w:rPr>
          <w:rFonts w:ascii="Arial" w:hAnsi="Arial" w:cs="Arial"/>
          <w:sz w:val="16"/>
          <w:szCs w:val="16"/>
          <w:lang w:val="sr-Latn-ME"/>
        </w:rPr>
        <w:t xml:space="preserve">Banke </w:t>
      </w:r>
      <w:r w:rsidRPr="00E96A51">
        <w:rPr>
          <w:rFonts w:ascii="Arial" w:hAnsi="Arial" w:cs="Arial"/>
          <w:sz w:val="16"/>
          <w:szCs w:val="16"/>
          <w:lang w:val="sr-Latn-ME"/>
        </w:rPr>
        <w:t xml:space="preserve">dovela u nepovoljniji položaj </w:t>
      </w:r>
      <w:r w:rsidR="008051EF">
        <w:rPr>
          <w:rFonts w:ascii="Arial" w:hAnsi="Arial" w:cs="Arial"/>
          <w:sz w:val="16"/>
          <w:szCs w:val="16"/>
          <w:lang w:val="sr-Latn-ME"/>
        </w:rPr>
        <w:t xml:space="preserve">druge povjerice. </w:t>
      </w:r>
    </w:p>
    <w:sectPr w:rsidR="00B6395B" w:rsidRPr="00E96A51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1191F39"/>
    <w:multiLevelType w:val="hybridMultilevel"/>
    <w:tmpl w:val="0A48E7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E64DBA"/>
    <w:multiLevelType w:val="hybridMultilevel"/>
    <w:tmpl w:val="422C1272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38640B"/>
    <w:multiLevelType w:val="hybridMultilevel"/>
    <w:tmpl w:val="6C06928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4447625">
    <w:abstractNumId w:val="8"/>
  </w:num>
  <w:num w:numId="2" w16cid:durableId="1114177565">
    <w:abstractNumId w:val="6"/>
  </w:num>
  <w:num w:numId="3" w16cid:durableId="1520006736">
    <w:abstractNumId w:val="5"/>
  </w:num>
  <w:num w:numId="4" w16cid:durableId="242841271">
    <w:abstractNumId w:val="4"/>
  </w:num>
  <w:num w:numId="5" w16cid:durableId="683704136">
    <w:abstractNumId w:val="7"/>
  </w:num>
  <w:num w:numId="6" w16cid:durableId="185755291">
    <w:abstractNumId w:val="3"/>
  </w:num>
  <w:num w:numId="7" w16cid:durableId="1337926057">
    <w:abstractNumId w:val="2"/>
  </w:num>
  <w:num w:numId="8" w16cid:durableId="1267538206">
    <w:abstractNumId w:val="1"/>
  </w:num>
  <w:num w:numId="9" w16cid:durableId="308023422">
    <w:abstractNumId w:val="0"/>
  </w:num>
  <w:num w:numId="10" w16cid:durableId="671951280">
    <w:abstractNumId w:val="10"/>
  </w:num>
  <w:num w:numId="11" w16cid:durableId="458187238">
    <w:abstractNumId w:val="9"/>
  </w:num>
  <w:num w:numId="12" w16cid:durableId="51558554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306E"/>
    <w:rsid w:val="0015074B"/>
    <w:rsid w:val="0020405D"/>
    <w:rsid w:val="0029639D"/>
    <w:rsid w:val="00307BBD"/>
    <w:rsid w:val="00326F90"/>
    <w:rsid w:val="00351C2B"/>
    <w:rsid w:val="00366A6A"/>
    <w:rsid w:val="003C3057"/>
    <w:rsid w:val="00446A5B"/>
    <w:rsid w:val="004E7A9A"/>
    <w:rsid w:val="004F4F74"/>
    <w:rsid w:val="00554857"/>
    <w:rsid w:val="006A3EE3"/>
    <w:rsid w:val="00732272"/>
    <w:rsid w:val="00764806"/>
    <w:rsid w:val="007E5260"/>
    <w:rsid w:val="008051EF"/>
    <w:rsid w:val="00815673"/>
    <w:rsid w:val="008B6A29"/>
    <w:rsid w:val="008F1807"/>
    <w:rsid w:val="009D5F6D"/>
    <w:rsid w:val="009E3156"/>
    <w:rsid w:val="00A32C3E"/>
    <w:rsid w:val="00AA1D8D"/>
    <w:rsid w:val="00AF3F80"/>
    <w:rsid w:val="00B3006C"/>
    <w:rsid w:val="00B47730"/>
    <w:rsid w:val="00B6395B"/>
    <w:rsid w:val="00CB0664"/>
    <w:rsid w:val="00D00E07"/>
    <w:rsid w:val="00D215B1"/>
    <w:rsid w:val="00D83C46"/>
    <w:rsid w:val="00DA06BA"/>
    <w:rsid w:val="00DB6E0C"/>
    <w:rsid w:val="00DE525C"/>
    <w:rsid w:val="00E24D9D"/>
    <w:rsid w:val="00E96A51"/>
    <w:rsid w:val="00EB2460"/>
    <w:rsid w:val="00F40E2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09ABF867"/>
  <w14:defaultImageDpi w14:val="300"/>
  <w15:docId w15:val="{9EBD86CB-F2F3-41EC-873D-E4FB3890D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link w:val="NoSpacingChar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NoSpacingChar">
    <w:name w:val="No Spacing Char"/>
    <w:link w:val="NoSpacing"/>
    <w:uiPriority w:val="1"/>
    <w:rsid w:val="008F1807"/>
  </w:style>
  <w:style w:type="character" w:styleId="Hyperlink">
    <w:name w:val="Hyperlink"/>
    <w:basedOn w:val="DefaultParagraphFont"/>
    <w:uiPriority w:val="99"/>
    <w:unhideWhenUsed/>
    <w:rsid w:val="0076480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64806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76480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6480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6480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6480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6480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B6A2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zr@nlb.me" TargetMode="External"/><Relationship Id="rId3" Type="http://schemas.openxmlformats.org/officeDocument/2006/relationships/styles" Target="styles.xml"/><Relationship Id="rId7" Type="http://schemas.openxmlformats.org/officeDocument/2006/relationships/image" Target="cid:image013.png@01DC691B.E21B84C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539</Words>
  <Characters>3219</Characters>
  <Application>Microsoft Office Word</Application>
  <DocSecurity>0</DocSecurity>
  <Lines>73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3719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Bulatović Irena (NLB Banka AD Podgorica - Sektor za restrukturiranje)</cp:lastModifiedBy>
  <cp:revision>9</cp:revision>
  <cp:lastPrinted>2025-12-11T09:42:00Z</cp:lastPrinted>
  <dcterms:created xsi:type="dcterms:W3CDTF">2025-12-10T14:42:00Z</dcterms:created>
  <dcterms:modified xsi:type="dcterms:W3CDTF">2026-04-01T14:07:00Z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a1c0d5b-6492-4be0-943b-053450472d6c_Enabled">
    <vt:lpwstr>true</vt:lpwstr>
  </property>
  <property fmtid="{D5CDD505-2E9C-101B-9397-08002B2CF9AE}" pid="3" name="MSIP_Label_8a1c0d5b-6492-4be0-943b-053450472d6c_SetDate">
    <vt:lpwstr>2025-12-09T14:27:10Z</vt:lpwstr>
  </property>
  <property fmtid="{D5CDD505-2E9C-101B-9397-08002B2CF9AE}" pid="4" name="MSIP_Label_8a1c0d5b-6492-4be0-943b-053450472d6c_Method">
    <vt:lpwstr>Privileged</vt:lpwstr>
  </property>
  <property fmtid="{D5CDD505-2E9C-101B-9397-08002B2CF9AE}" pid="5" name="MSIP_Label_8a1c0d5b-6492-4be0-943b-053450472d6c_Name">
    <vt:lpwstr>nlbpg-lbl-internal</vt:lpwstr>
  </property>
  <property fmtid="{D5CDD505-2E9C-101B-9397-08002B2CF9AE}" pid="6" name="MSIP_Label_8a1c0d5b-6492-4be0-943b-053450472d6c_SiteId">
    <vt:lpwstr>368e92b5-dfa0-4bce-9594-4c2e6fd2d1eb</vt:lpwstr>
  </property>
  <property fmtid="{D5CDD505-2E9C-101B-9397-08002B2CF9AE}" pid="7" name="MSIP_Label_8a1c0d5b-6492-4be0-943b-053450472d6c_ActionId">
    <vt:lpwstr>515aa9b7-61d5-4991-9bd6-0505493add76</vt:lpwstr>
  </property>
  <property fmtid="{D5CDD505-2E9C-101B-9397-08002B2CF9AE}" pid="8" name="MSIP_Label_8a1c0d5b-6492-4be0-943b-053450472d6c_ContentBits">
    <vt:lpwstr>0</vt:lpwstr>
  </property>
  <property fmtid="{D5CDD505-2E9C-101B-9397-08002B2CF9AE}" pid="9" name="MSIP_Label_8a1c0d5b-6492-4be0-943b-053450472d6c_Tag">
    <vt:lpwstr>10, 0, 1, 1</vt:lpwstr>
  </property>
</Properties>
</file>